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A689B9" w14:textId="5EB67529" w:rsidR="00100775" w:rsidRPr="00865EE6" w:rsidRDefault="00000000">
      <w:pPr>
        <w:rPr>
          <w:rFonts w:asciiTheme="majorHAnsi" w:hAnsiTheme="majorHAnsi" w:cstheme="majorHAnsi"/>
          <w:sz w:val="26"/>
          <w:szCs w:val="26"/>
        </w:rPr>
      </w:pPr>
      <w:r w:rsidRPr="00865EE6">
        <w:rPr>
          <w:rFonts w:asciiTheme="majorHAnsi" w:hAnsiTheme="majorHAnsi" w:cstheme="majorHAnsi"/>
          <w:b/>
          <w:bCs/>
          <w:sz w:val="26"/>
          <w:szCs w:val="26"/>
        </w:rPr>
        <w:t>YEAR</w:t>
      </w:r>
      <w:r w:rsidRPr="00865EE6">
        <w:rPr>
          <w:rFonts w:asciiTheme="majorHAnsi" w:hAnsiTheme="majorHAnsi" w:cstheme="majorHAnsi"/>
          <w:sz w:val="26"/>
          <w:szCs w:val="26"/>
        </w:rPr>
        <w:t>: 2025</w:t>
      </w:r>
    </w:p>
    <w:p w14:paraId="75FE42EA" w14:textId="77777777" w:rsidR="00100775" w:rsidRPr="00865EE6" w:rsidRDefault="00000000">
      <w:pPr>
        <w:rPr>
          <w:rFonts w:asciiTheme="majorHAnsi" w:hAnsiTheme="majorHAnsi" w:cstheme="majorHAnsi"/>
          <w:sz w:val="26"/>
          <w:szCs w:val="26"/>
        </w:rPr>
      </w:pPr>
      <w:r w:rsidRPr="00865EE6">
        <w:rPr>
          <w:rFonts w:asciiTheme="majorHAnsi" w:hAnsiTheme="majorHAnsi" w:cstheme="majorHAnsi"/>
          <w:b/>
          <w:bCs/>
          <w:sz w:val="26"/>
          <w:szCs w:val="26"/>
        </w:rPr>
        <w:t>IC #</w:t>
      </w:r>
      <w:r w:rsidRPr="00865EE6">
        <w:rPr>
          <w:rFonts w:asciiTheme="majorHAnsi" w:hAnsiTheme="majorHAnsi" w:cstheme="majorHAnsi"/>
          <w:sz w:val="26"/>
          <w:szCs w:val="26"/>
        </w:rPr>
        <w:t>: IC 25-001</w:t>
      </w:r>
    </w:p>
    <w:p w14:paraId="3659FA81" w14:textId="77777777" w:rsidR="00100775" w:rsidRPr="00865EE6" w:rsidRDefault="00000000">
      <w:pPr>
        <w:rPr>
          <w:rFonts w:asciiTheme="majorHAnsi" w:hAnsiTheme="majorHAnsi" w:cstheme="majorHAnsi"/>
          <w:sz w:val="26"/>
          <w:szCs w:val="26"/>
        </w:rPr>
      </w:pPr>
      <w:r w:rsidRPr="00865EE6">
        <w:rPr>
          <w:rFonts w:asciiTheme="majorHAnsi" w:hAnsiTheme="majorHAnsi" w:cstheme="majorHAnsi"/>
          <w:b/>
          <w:bCs/>
          <w:sz w:val="26"/>
          <w:szCs w:val="26"/>
        </w:rPr>
        <w:t>DATE</w:t>
      </w:r>
      <w:r w:rsidRPr="00865EE6">
        <w:rPr>
          <w:rFonts w:asciiTheme="majorHAnsi" w:hAnsiTheme="majorHAnsi" w:cstheme="majorHAnsi"/>
          <w:sz w:val="26"/>
          <w:szCs w:val="26"/>
        </w:rPr>
        <w:t>: 1/29/2025</w:t>
      </w:r>
    </w:p>
    <w:p w14:paraId="58C1FAA7" w14:textId="124A0A2B" w:rsidR="00100775" w:rsidRPr="00865EE6" w:rsidRDefault="00000000">
      <w:pPr>
        <w:rPr>
          <w:rFonts w:asciiTheme="majorHAnsi" w:hAnsiTheme="majorHAnsi" w:cstheme="majorHAnsi"/>
          <w:sz w:val="26"/>
          <w:szCs w:val="26"/>
        </w:rPr>
      </w:pPr>
      <w:r w:rsidRPr="00865EE6">
        <w:rPr>
          <w:rFonts w:asciiTheme="majorHAnsi" w:hAnsiTheme="majorHAnsi" w:cstheme="majorHAnsi"/>
          <w:b/>
          <w:bCs/>
          <w:sz w:val="26"/>
          <w:szCs w:val="26"/>
        </w:rPr>
        <w:t>ALLEGATION</w:t>
      </w:r>
      <w:r w:rsidRPr="00865EE6">
        <w:rPr>
          <w:rFonts w:asciiTheme="majorHAnsi" w:hAnsiTheme="majorHAnsi" w:cstheme="majorHAnsi"/>
          <w:sz w:val="26"/>
          <w:szCs w:val="26"/>
        </w:rPr>
        <w:t>:</w:t>
      </w:r>
      <w:r w:rsidR="00865EE6" w:rsidRPr="00865EE6">
        <w:rPr>
          <w:rFonts w:asciiTheme="majorHAnsi" w:hAnsiTheme="majorHAnsi" w:cstheme="majorHAnsi"/>
          <w:sz w:val="26"/>
          <w:szCs w:val="26"/>
        </w:rPr>
        <w:t xml:space="preserve"> </w:t>
      </w:r>
      <w:r w:rsidRPr="00865EE6">
        <w:rPr>
          <w:rFonts w:asciiTheme="majorHAnsi" w:hAnsiTheme="majorHAnsi" w:cstheme="majorHAnsi"/>
          <w:sz w:val="26"/>
          <w:szCs w:val="26"/>
        </w:rPr>
        <w:t xml:space="preserve">Officer Rose parked in a tow-away zone on Ann Street. Confirmed through FOIA request 10708 and there is also a video on YouTube of the officer parked in tow-away zone. You can find the video of the incident on YouTube by searching Ann Arbor Police tow-away zone </w:t>
      </w:r>
    </w:p>
    <w:p w14:paraId="05FE9480" w14:textId="455A17FF" w:rsidR="00100775" w:rsidRPr="00865EE6" w:rsidRDefault="00000000">
      <w:pPr>
        <w:rPr>
          <w:rFonts w:asciiTheme="majorHAnsi" w:hAnsiTheme="majorHAnsi" w:cstheme="majorHAnsi"/>
          <w:sz w:val="26"/>
          <w:szCs w:val="26"/>
        </w:rPr>
      </w:pPr>
      <w:r w:rsidRPr="00865EE6">
        <w:rPr>
          <w:rFonts w:asciiTheme="majorHAnsi" w:hAnsiTheme="majorHAnsi" w:cstheme="majorHAnsi"/>
          <w:b/>
          <w:bCs/>
          <w:sz w:val="26"/>
          <w:szCs w:val="26"/>
        </w:rPr>
        <w:t>DISPOSITION STATUS</w:t>
      </w:r>
      <w:r w:rsidRPr="00865EE6">
        <w:rPr>
          <w:rFonts w:asciiTheme="majorHAnsi" w:hAnsiTheme="majorHAnsi" w:cstheme="majorHAnsi"/>
          <w:sz w:val="26"/>
          <w:szCs w:val="26"/>
        </w:rPr>
        <w:t>:</w:t>
      </w:r>
      <w:r w:rsidR="00865EE6" w:rsidRPr="00865EE6">
        <w:rPr>
          <w:rFonts w:asciiTheme="majorHAnsi" w:hAnsiTheme="majorHAnsi" w:cstheme="majorHAnsi"/>
          <w:sz w:val="26"/>
          <w:szCs w:val="26"/>
        </w:rPr>
        <w:t xml:space="preserve"> </w:t>
      </w:r>
      <w:r w:rsidRPr="00865EE6">
        <w:rPr>
          <w:rFonts w:asciiTheme="majorHAnsi" w:hAnsiTheme="majorHAnsi" w:cstheme="majorHAnsi"/>
          <w:sz w:val="26"/>
          <w:szCs w:val="26"/>
        </w:rPr>
        <w:t>Closed</w:t>
      </w:r>
    </w:p>
    <w:p w14:paraId="47B49E13" w14:textId="2EFFAD4C" w:rsidR="00100775" w:rsidRPr="00865EE6" w:rsidRDefault="00000000">
      <w:pPr>
        <w:rPr>
          <w:rFonts w:asciiTheme="majorHAnsi" w:hAnsiTheme="majorHAnsi" w:cstheme="majorHAnsi"/>
          <w:sz w:val="26"/>
          <w:szCs w:val="26"/>
        </w:rPr>
      </w:pPr>
      <w:r w:rsidRPr="00865EE6">
        <w:rPr>
          <w:rFonts w:asciiTheme="majorHAnsi" w:hAnsiTheme="majorHAnsi" w:cstheme="majorHAnsi"/>
          <w:b/>
          <w:bCs/>
          <w:sz w:val="26"/>
          <w:szCs w:val="26"/>
        </w:rPr>
        <w:t>AAPD RESPONSE</w:t>
      </w:r>
      <w:r w:rsidRPr="00865EE6">
        <w:rPr>
          <w:rFonts w:asciiTheme="majorHAnsi" w:hAnsiTheme="majorHAnsi" w:cstheme="majorHAnsi"/>
          <w:sz w:val="26"/>
          <w:szCs w:val="26"/>
        </w:rPr>
        <w:t>:</w:t>
      </w:r>
      <w:r w:rsidR="00865EE6" w:rsidRPr="00865EE6">
        <w:rPr>
          <w:rFonts w:asciiTheme="majorHAnsi" w:hAnsiTheme="majorHAnsi" w:cstheme="majorHAnsi"/>
          <w:sz w:val="26"/>
          <w:szCs w:val="26"/>
        </w:rPr>
        <w:t xml:space="preserve"> </w:t>
      </w:r>
      <w:r w:rsidRPr="00865EE6">
        <w:rPr>
          <w:rFonts w:asciiTheme="majorHAnsi" w:hAnsiTheme="majorHAnsi" w:cstheme="majorHAnsi"/>
          <w:sz w:val="26"/>
          <w:szCs w:val="26"/>
        </w:rPr>
        <w:t xml:space="preserve">The incident was recognized on the date it occurred and corrective action was taken. </w:t>
      </w:r>
    </w:p>
    <w:p w14:paraId="4CFB3478" w14:textId="479A7526" w:rsidR="00100775" w:rsidRPr="00865EE6" w:rsidRDefault="00000000">
      <w:pPr>
        <w:rPr>
          <w:rFonts w:asciiTheme="majorHAnsi" w:hAnsiTheme="majorHAnsi" w:cstheme="majorHAnsi"/>
          <w:sz w:val="26"/>
          <w:szCs w:val="26"/>
        </w:rPr>
      </w:pPr>
      <w:r w:rsidRPr="00865EE6">
        <w:rPr>
          <w:rFonts w:asciiTheme="majorHAnsi" w:hAnsiTheme="majorHAnsi" w:cstheme="majorHAnsi"/>
          <w:b/>
          <w:bCs/>
          <w:sz w:val="26"/>
          <w:szCs w:val="26"/>
        </w:rPr>
        <w:t>IM ASSIGNED</w:t>
      </w:r>
      <w:r w:rsidRPr="00865EE6">
        <w:rPr>
          <w:rFonts w:asciiTheme="majorHAnsi" w:hAnsiTheme="majorHAnsi" w:cstheme="majorHAnsi"/>
          <w:sz w:val="26"/>
          <w:szCs w:val="26"/>
        </w:rPr>
        <w:t>:</w:t>
      </w:r>
      <w:r w:rsidR="00865EE6" w:rsidRPr="00865EE6">
        <w:rPr>
          <w:rFonts w:asciiTheme="majorHAnsi" w:hAnsiTheme="majorHAnsi" w:cstheme="majorHAnsi"/>
          <w:sz w:val="26"/>
          <w:szCs w:val="26"/>
        </w:rPr>
        <w:t xml:space="preserve"> </w:t>
      </w:r>
      <w:r w:rsidRPr="00865EE6">
        <w:rPr>
          <w:rFonts w:asciiTheme="majorHAnsi" w:hAnsiTheme="majorHAnsi" w:cstheme="majorHAnsi"/>
          <w:sz w:val="26"/>
          <w:szCs w:val="26"/>
        </w:rPr>
        <w:t>Mohammad Othman</w:t>
      </w:r>
    </w:p>
    <w:p w14:paraId="3C8B9D9E" w14:textId="3D6D04A4" w:rsidR="00100775" w:rsidRPr="00865EE6" w:rsidRDefault="00000000">
      <w:pPr>
        <w:rPr>
          <w:rFonts w:asciiTheme="majorHAnsi" w:hAnsiTheme="majorHAnsi" w:cstheme="majorHAnsi"/>
          <w:sz w:val="26"/>
          <w:szCs w:val="26"/>
        </w:rPr>
      </w:pPr>
      <w:r w:rsidRPr="00865EE6">
        <w:rPr>
          <w:rFonts w:asciiTheme="majorHAnsi" w:hAnsiTheme="majorHAnsi" w:cstheme="majorHAnsi"/>
          <w:b/>
          <w:bCs/>
          <w:sz w:val="26"/>
          <w:szCs w:val="26"/>
        </w:rPr>
        <w:t>ICPOC REVIEW STATUS</w:t>
      </w:r>
      <w:r w:rsidRPr="00865EE6">
        <w:rPr>
          <w:rFonts w:asciiTheme="majorHAnsi" w:hAnsiTheme="majorHAnsi" w:cstheme="majorHAnsi"/>
          <w:sz w:val="26"/>
          <w:szCs w:val="26"/>
        </w:rPr>
        <w:t>:</w:t>
      </w:r>
      <w:r w:rsidR="00865EE6" w:rsidRPr="00865EE6">
        <w:rPr>
          <w:rFonts w:asciiTheme="majorHAnsi" w:hAnsiTheme="majorHAnsi" w:cstheme="majorHAnsi"/>
          <w:sz w:val="26"/>
          <w:szCs w:val="26"/>
        </w:rPr>
        <w:t xml:space="preserve"> </w:t>
      </w:r>
      <w:r w:rsidRPr="00865EE6">
        <w:rPr>
          <w:rFonts w:asciiTheme="majorHAnsi" w:hAnsiTheme="majorHAnsi" w:cstheme="majorHAnsi"/>
          <w:sz w:val="26"/>
          <w:szCs w:val="26"/>
        </w:rPr>
        <w:t>Completed 4/13/25</w:t>
      </w:r>
    </w:p>
    <w:p w14:paraId="2040249D" w14:textId="35A9977D" w:rsidR="00100775" w:rsidRPr="00865EE6" w:rsidRDefault="00000000">
      <w:pPr>
        <w:rPr>
          <w:rFonts w:asciiTheme="majorHAnsi" w:hAnsiTheme="majorHAnsi" w:cstheme="majorHAnsi"/>
          <w:sz w:val="26"/>
          <w:szCs w:val="26"/>
        </w:rPr>
      </w:pPr>
      <w:r w:rsidRPr="00865EE6">
        <w:rPr>
          <w:rFonts w:asciiTheme="majorHAnsi" w:hAnsiTheme="majorHAnsi" w:cstheme="majorHAnsi"/>
          <w:b/>
          <w:bCs/>
          <w:sz w:val="26"/>
          <w:szCs w:val="26"/>
        </w:rPr>
        <w:t>ICPOC RECOMMENDATION</w:t>
      </w:r>
      <w:r w:rsidRPr="00865EE6">
        <w:rPr>
          <w:rFonts w:asciiTheme="majorHAnsi" w:hAnsiTheme="majorHAnsi" w:cstheme="majorHAnsi"/>
          <w:sz w:val="26"/>
          <w:szCs w:val="26"/>
        </w:rPr>
        <w:t>:</w:t>
      </w:r>
      <w:r w:rsidR="00865EE6" w:rsidRPr="00865EE6">
        <w:rPr>
          <w:rFonts w:asciiTheme="majorHAnsi" w:hAnsiTheme="majorHAnsi" w:cstheme="majorHAnsi"/>
          <w:sz w:val="26"/>
          <w:szCs w:val="26"/>
        </w:rPr>
        <w:t xml:space="preserve"> </w:t>
      </w:r>
      <w:r w:rsidRPr="00865EE6">
        <w:rPr>
          <w:rFonts w:asciiTheme="majorHAnsi" w:hAnsiTheme="majorHAnsi" w:cstheme="majorHAnsi"/>
          <w:sz w:val="26"/>
          <w:szCs w:val="26"/>
        </w:rPr>
        <w:t xml:space="preserve">ICPOC-IM concurs with the AAPD findings </w:t>
      </w:r>
    </w:p>
    <w:p w14:paraId="57C963CA" w14:textId="77777777" w:rsidR="00100775" w:rsidRDefault="00000000">
      <w:r>
        <w:br w:type="page"/>
      </w:r>
    </w:p>
    <w:p w14:paraId="5AB461AD" w14:textId="64A171C0" w:rsidR="00100775" w:rsidRPr="000B40DB" w:rsidRDefault="00000000">
      <w:pPr>
        <w:rPr>
          <w:rFonts w:asciiTheme="majorHAnsi" w:hAnsiTheme="majorHAnsi" w:cstheme="majorHAnsi"/>
          <w:sz w:val="26"/>
          <w:szCs w:val="26"/>
        </w:rPr>
      </w:pPr>
      <w:r w:rsidRPr="000B40DB">
        <w:rPr>
          <w:rFonts w:asciiTheme="majorHAnsi" w:hAnsiTheme="majorHAnsi" w:cstheme="majorHAnsi"/>
          <w:b/>
          <w:bCs/>
          <w:sz w:val="26"/>
          <w:szCs w:val="26"/>
        </w:rPr>
        <w:lastRenderedPageBreak/>
        <w:t>YEAR</w:t>
      </w:r>
      <w:r w:rsidRPr="000B40DB">
        <w:rPr>
          <w:rFonts w:asciiTheme="majorHAnsi" w:hAnsiTheme="majorHAnsi" w:cstheme="majorHAnsi"/>
          <w:sz w:val="26"/>
          <w:szCs w:val="26"/>
        </w:rPr>
        <w:t>: 2025</w:t>
      </w:r>
    </w:p>
    <w:p w14:paraId="551415BE" w14:textId="77777777" w:rsidR="00100775" w:rsidRPr="000B40DB" w:rsidRDefault="00000000">
      <w:pPr>
        <w:rPr>
          <w:rFonts w:asciiTheme="majorHAnsi" w:hAnsiTheme="majorHAnsi" w:cstheme="majorHAnsi"/>
          <w:sz w:val="26"/>
          <w:szCs w:val="26"/>
        </w:rPr>
      </w:pPr>
      <w:r w:rsidRPr="000B40DB">
        <w:rPr>
          <w:rFonts w:asciiTheme="majorHAnsi" w:hAnsiTheme="majorHAnsi" w:cstheme="majorHAnsi"/>
          <w:b/>
          <w:bCs/>
          <w:sz w:val="26"/>
          <w:szCs w:val="26"/>
        </w:rPr>
        <w:t>IC #:</w:t>
      </w:r>
      <w:r w:rsidRPr="000B40DB">
        <w:rPr>
          <w:rFonts w:asciiTheme="majorHAnsi" w:hAnsiTheme="majorHAnsi" w:cstheme="majorHAnsi"/>
          <w:sz w:val="26"/>
          <w:szCs w:val="26"/>
        </w:rPr>
        <w:t xml:space="preserve"> IC 25-002</w:t>
      </w:r>
    </w:p>
    <w:p w14:paraId="7E930970" w14:textId="77777777" w:rsidR="00100775" w:rsidRPr="000B40DB" w:rsidRDefault="00000000">
      <w:pPr>
        <w:rPr>
          <w:rFonts w:asciiTheme="majorHAnsi" w:hAnsiTheme="majorHAnsi" w:cstheme="majorHAnsi"/>
          <w:sz w:val="26"/>
          <w:szCs w:val="26"/>
        </w:rPr>
      </w:pPr>
      <w:r w:rsidRPr="000B40DB">
        <w:rPr>
          <w:rFonts w:asciiTheme="majorHAnsi" w:hAnsiTheme="majorHAnsi" w:cstheme="majorHAnsi"/>
          <w:b/>
          <w:bCs/>
          <w:sz w:val="26"/>
          <w:szCs w:val="26"/>
        </w:rPr>
        <w:t>DATE</w:t>
      </w:r>
      <w:r w:rsidRPr="000B40DB">
        <w:rPr>
          <w:rFonts w:asciiTheme="majorHAnsi" w:hAnsiTheme="majorHAnsi" w:cstheme="majorHAnsi"/>
          <w:sz w:val="26"/>
          <w:szCs w:val="26"/>
        </w:rPr>
        <w:t>: 2/20/2025</w:t>
      </w:r>
    </w:p>
    <w:p w14:paraId="075A4F0F" w14:textId="02291C70" w:rsidR="00100775" w:rsidRPr="000B40DB" w:rsidRDefault="00000000">
      <w:pPr>
        <w:rPr>
          <w:rFonts w:asciiTheme="majorHAnsi" w:hAnsiTheme="majorHAnsi" w:cstheme="majorHAnsi"/>
          <w:sz w:val="26"/>
          <w:szCs w:val="26"/>
        </w:rPr>
      </w:pPr>
      <w:r w:rsidRPr="000B40DB">
        <w:rPr>
          <w:rFonts w:asciiTheme="majorHAnsi" w:hAnsiTheme="majorHAnsi" w:cstheme="majorHAnsi"/>
          <w:b/>
          <w:bCs/>
          <w:sz w:val="26"/>
          <w:szCs w:val="26"/>
        </w:rPr>
        <w:t>ALLEGATION</w:t>
      </w:r>
      <w:r w:rsidRPr="000B40DB">
        <w:rPr>
          <w:rFonts w:asciiTheme="majorHAnsi" w:hAnsiTheme="majorHAnsi" w:cstheme="majorHAnsi"/>
          <w:sz w:val="26"/>
          <w:szCs w:val="26"/>
        </w:rPr>
        <w:t>:</w:t>
      </w:r>
      <w:r w:rsidR="000B40DB" w:rsidRPr="000B40DB">
        <w:rPr>
          <w:rFonts w:asciiTheme="majorHAnsi" w:hAnsiTheme="majorHAnsi" w:cstheme="majorHAnsi"/>
          <w:sz w:val="26"/>
          <w:szCs w:val="26"/>
        </w:rPr>
        <w:t xml:space="preserve"> </w:t>
      </w:r>
      <w:r w:rsidRPr="000B40DB">
        <w:rPr>
          <w:rFonts w:asciiTheme="majorHAnsi" w:hAnsiTheme="majorHAnsi" w:cstheme="majorHAnsi"/>
          <w:sz w:val="26"/>
          <w:szCs w:val="26"/>
        </w:rPr>
        <w:t>Parking a non-patrol vehicle (policy 041-020) in meter parking spot 1700 at 9:40 on Jan 29th 2025, without paying. This is in violation of AAPD policy 041-040 section 3,B,5 and AAPD policy 022-014 section C,2. This information can be verified through FOIA request 10945 and video evidence.</w:t>
      </w:r>
    </w:p>
    <w:p w14:paraId="0A0A6F2E" w14:textId="421927FB" w:rsidR="00100775" w:rsidRPr="000B40DB" w:rsidRDefault="00000000">
      <w:pPr>
        <w:rPr>
          <w:rFonts w:asciiTheme="majorHAnsi" w:hAnsiTheme="majorHAnsi" w:cstheme="majorHAnsi"/>
          <w:sz w:val="26"/>
          <w:szCs w:val="26"/>
        </w:rPr>
      </w:pPr>
      <w:r w:rsidRPr="000B40DB">
        <w:rPr>
          <w:rFonts w:asciiTheme="majorHAnsi" w:hAnsiTheme="majorHAnsi" w:cstheme="majorHAnsi"/>
          <w:b/>
          <w:bCs/>
          <w:sz w:val="26"/>
          <w:szCs w:val="26"/>
        </w:rPr>
        <w:t>DISPOSITION STATUS</w:t>
      </w:r>
      <w:r w:rsidRPr="000B40DB">
        <w:rPr>
          <w:rFonts w:asciiTheme="majorHAnsi" w:hAnsiTheme="majorHAnsi" w:cstheme="majorHAnsi"/>
          <w:sz w:val="26"/>
          <w:szCs w:val="26"/>
        </w:rPr>
        <w:t>:</w:t>
      </w:r>
      <w:r w:rsidR="000B40DB" w:rsidRPr="000B40DB">
        <w:rPr>
          <w:rFonts w:asciiTheme="majorHAnsi" w:hAnsiTheme="majorHAnsi" w:cstheme="majorHAnsi"/>
          <w:sz w:val="26"/>
          <w:szCs w:val="26"/>
        </w:rPr>
        <w:t xml:space="preserve"> </w:t>
      </w:r>
      <w:r w:rsidRPr="000B40DB">
        <w:rPr>
          <w:rFonts w:asciiTheme="majorHAnsi" w:hAnsiTheme="majorHAnsi" w:cstheme="majorHAnsi"/>
          <w:sz w:val="26"/>
          <w:szCs w:val="26"/>
        </w:rPr>
        <w:t>Closed</w:t>
      </w:r>
    </w:p>
    <w:p w14:paraId="40BB440D" w14:textId="08DCE5C5" w:rsidR="00100775" w:rsidRPr="000B40DB" w:rsidRDefault="00000000">
      <w:pPr>
        <w:rPr>
          <w:rFonts w:asciiTheme="majorHAnsi" w:hAnsiTheme="majorHAnsi" w:cstheme="majorHAnsi"/>
          <w:sz w:val="26"/>
          <w:szCs w:val="26"/>
        </w:rPr>
      </w:pPr>
      <w:r w:rsidRPr="000B40DB">
        <w:rPr>
          <w:rFonts w:asciiTheme="majorHAnsi" w:hAnsiTheme="majorHAnsi" w:cstheme="majorHAnsi"/>
          <w:b/>
          <w:bCs/>
          <w:sz w:val="26"/>
          <w:szCs w:val="26"/>
        </w:rPr>
        <w:t>AAPD RESPONSE</w:t>
      </w:r>
      <w:r w:rsidRPr="000B40DB">
        <w:rPr>
          <w:rFonts w:asciiTheme="majorHAnsi" w:hAnsiTheme="majorHAnsi" w:cstheme="majorHAnsi"/>
          <w:sz w:val="26"/>
          <w:szCs w:val="26"/>
        </w:rPr>
        <w:t>:</w:t>
      </w:r>
      <w:r w:rsidR="000B40DB" w:rsidRPr="000B40DB">
        <w:rPr>
          <w:rFonts w:asciiTheme="majorHAnsi" w:hAnsiTheme="majorHAnsi" w:cstheme="majorHAnsi"/>
          <w:sz w:val="26"/>
          <w:szCs w:val="26"/>
        </w:rPr>
        <w:t xml:space="preserve"> </w:t>
      </w:r>
      <w:r w:rsidRPr="000B40DB">
        <w:rPr>
          <w:rFonts w:asciiTheme="majorHAnsi" w:hAnsiTheme="majorHAnsi" w:cstheme="majorHAnsi"/>
          <w:sz w:val="26"/>
          <w:szCs w:val="26"/>
        </w:rPr>
        <w:t>No department policy violations were identified. The vehicle in question is a semi-marked patrol vehicle assigned to Special Services. P&amp;P 022-014: Employee Parking, and P&amp;P 041-020: Marked Patrol Vehicle were updated.</w:t>
      </w:r>
    </w:p>
    <w:p w14:paraId="6FB9A07E" w14:textId="2669D67E" w:rsidR="00100775" w:rsidRPr="000B40DB" w:rsidRDefault="00000000">
      <w:pPr>
        <w:rPr>
          <w:rFonts w:asciiTheme="majorHAnsi" w:hAnsiTheme="majorHAnsi" w:cstheme="majorHAnsi"/>
          <w:sz w:val="26"/>
          <w:szCs w:val="26"/>
        </w:rPr>
      </w:pPr>
      <w:r w:rsidRPr="000B40DB">
        <w:rPr>
          <w:rFonts w:asciiTheme="majorHAnsi" w:hAnsiTheme="majorHAnsi" w:cstheme="majorHAnsi"/>
          <w:b/>
          <w:bCs/>
          <w:sz w:val="26"/>
          <w:szCs w:val="26"/>
        </w:rPr>
        <w:t>IM ASSIGNED</w:t>
      </w:r>
      <w:r w:rsidRPr="000B40DB">
        <w:rPr>
          <w:rFonts w:asciiTheme="majorHAnsi" w:hAnsiTheme="majorHAnsi" w:cstheme="majorHAnsi"/>
          <w:sz w:val="26"/>
          <w:szCs w:val="26"/>
        </w:rPr>
        <w:t>:</w:t>
      </w:r>
      <w:r w:rsidR="000B40DB" w:rsidRPr="000B40DB">
        <w:rPr>
          <w:rFonts w:asciiTheme="majorHAnsi" w:hAnsiTheme="majorHAnsi" w:cstheme="majorHAnsi"/>
          <w:sz w:val="26"/>
          <w:szCs w:val="26"/>
        </w:rPr>
        <w:t xml:space="preserve"> </w:t>
      </w:r>
      <w:r w:rsidRPr="000B40DB">
        <w:rPr>
          <w:rFonts w:asciiTheme="majorHAnsi" w:hAnsiTheme="majorHAnsi" w:cstheme="majorHAnsi"/>
          <w:sz w:val="26"/>
          <w:szCs w:val="26"/>
        </w:rPr>
        <w:t>Mohammad Othman</w:t>
      </w:r>
    </w:p>
    <w:p w14:paraId="551CE4CA" w14:textId="20311CF8" w:rsidR="00100775" w:rsidRPr="000B40DB" w:rsidRDefault="00000000">
      <w:pPr>
        <w:rPr>
          <w:rFonts w:asciiTheme="majorHAnsi" w:hAnsiTheme="majorHAnsi" w:cstheme="majorHAnsi"/>
          <w:sz w:val="26"/>
          <w:szCs w:val="26"/>
        </w:rPr>
      </w:pPr>
      <w:r w:rsidRPr="000B40DB">
        <w:rPr>
          <w:rFonts w:asciiTheme="majorHAnsi" w:hAnsiTheme="majorHAnsi" w:cstheme="majorHAnsi"/>
          <w:b/>
          <w:bCs/>
          <w:sz w:val="26"/>
          <w:szCs w:val="26"/>
        </w:rPr>
        <w:t>ICPOC REVIEW STATUS</w:t>
      </w:r>
      <w:r w:rsidRPr="000B40DB">
        <w:rPr>
          <w:rFonts w:asciiTheme="majorHAnsi" w:hAnsiTheme="majorHAnsi" w:cstheme="majorHAnsi"/>
          <w:sz w:val="26"/>
          <w:szCs w:val="26"/>
        </w:rPr>
        <w:t>:</w:t>
      </w:r>
      <w:r w:rsidR="000B40DB" w:rsidRPr="000B40DB">
        <w:rPr>
          <w:rFonts w:asciiTheme="majorHAnsi" w:hAnsiTheme="majorHAnsi" w:cstheme="majorHAnsi"/>
          <w:sz w:val="26"/>
          <w:szCs w:val="26"/>
        </w:rPr>
        <w:t xml:space="preserve"> </w:t>
      </w:r>
      <w:r w:rsidRPr="000B40DB">
        <w:rPr>
          <w:rFonts w:asciiTheme="majorHAnsi" w:hAnsiTheme="majorHAnsi" w:cstheme="majorHAnsi"/>
          <w:sz w:val="26"/>
          <w:szCs w:val="26"/>
        </w:rPr>
        <w:t>Completed 4/13/25</w:t>
      </w:r>
    </w:p>
    <w:p w14:paraId="2761E098" w14:textId="531A4BBD" w:rsidR="00100775" w:rsidRPr="000B40DB" w:rsidRDefault="00000000">
      <w:pPr>
        <w:rPr>
          <w:rFonts w:asciiTheme="majorHAnsi" w:hAnsiTheme="majorHAnsi" w:cstheme="majorHAnsi"/>
          <w:sz w:val="26"/>
          <w:szCs w:val="26"/>
        </w:rPr>
      </w:pPr>
      <w:r w:rsidRPr="000B40DB">
        <w:rPr>
          <w:rFonts w:asciiTheme="majorHAnsi" w:hAnsiTheme="majorHAnsi" w:cstheme="majorHAnsi"/>
          <w:b/>
          <w:bCs/>
          <w:sz w:val="26"/>
          <w:szCs w:val="26"/>
        </w:rPr>
        <w:t>ICPOC RECOMMENDATION</w:t>
      </w:r>
      <w:r w:rsidRPr="000B40DB">
        <w:rPr>
          <w:rFonts w:asciiTheme="majorHAnsi" w:hAnsiTheme="majorHAnsi" w:cstheme="majorHAnsi"/>
          <w:sz w:val="26"/>
          <w:szCs w:val="26"/>
        </w:rPr>
        <w:t>:</w:t>
      </w:r>
      <w:r w:rsidR="000B40DB" w:rsidRPr="000B40DB">
        <w:rPr>
          <w:rFonts w:asciiTheme="majorHAnsi" w:hAnsiTheme="majorHAnsi" w:cstheme="majorHAnsi"/>
          <w:sz w:val="26"/>
          <w:szCs w:val="26"/>
        </w:rPr>
        <w:t xml:space="preserve"> </w:t>
      </w:r>
      <w:r w:rsidRPr="000B40DB">
        <w:rPr>
          <w:rFonts w:asciiTheme="majorHAnsi" w:hAnsiTheme="majorHAnsi" w:cstheme="majorHAnsi"/>
          <w:sz w:val="26"/>
          <w:szCs w:val="26"/>
        </w:rPr>
        <w:t xml:space="preserve">ICPOC-IM concurs with the AAPD findings </w:t>
      </w:r>
    </w:p>
    <w:p w14:paraId="70F1DE37" w14:textId="77777777" w:rsidR="00100775" w:rsidRDefault="00000000">
      <w:r>
        <w:br w:type="page"/>
      </w:r>
    </w:p>
    <w:p w14:paraId="75EA1D91" w14:textId="461B02BD"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lastRenderedPageBreak/>
        <w:t>YEAR</w:t>
      </w:r>
      <w:r w:rsidRPr="00DE689B">
        <w:rPr>
          <w:rFonts w:asciiTheme="majorHAnsi" w:hAnsiTheme="majorHAnsi" w:cstheme="majorHAnsi"/>
          <w:sz w:val="26"/>
          <w:szCs w:val="26"/>
        </w:rPr>
        <w:t>: 2025</w:t>
      </w:r>
    </w:p>
    <w:p w14:paraId="317D2A7B" w14:textId="77777777"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IC #:</w:t>
      </w:r>
      <w:r w:rsidRPr="00DE689B">
        <w:rPr>
          <w:rFonts w:asciiTheme="majorHAnsi" w:hAnsiTheme="majorHAnsi" w:cstheme="majorHAnsi"/>
          <w:sz w:val="26"/>
          <w:szCs w:val="26"/>
        </w:rPr>
        <w:t xml:space="preserve"> IC 25-003</w:t>
      </w:r>
    </w:p>
    <w:p w14:paraId="29D36C41" w14:textId="77777777"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DATE</w:t>
      </w:r>
      <w:r w:rsidRPr="00DE689B">
        <w:rPr>
          <w:rFonts w:asciiTheme="majorHAnsi" w:hAnsiTheme="majorHAnsi" w:cstheme="majorHAnsi"/>
          <w:sz w:val="26"/>
          <w:szCs w:val="26"/>
        </w:rPr>
        <w:t>: 2/20/2025</w:t>
      </w:r>
    </w:p>
    <w:p w14:paraId="4B0C2242" w14:textId="3A087EF9"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ALLEGATION</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Parking non-patrol vehicle #101 (policy 041-020) in meter parking spot 1709 at 9:40 on Jan 29th 2025, without paying. This is in violation of AAPD policy 041-040 section 3,B,5 and AAPD policy 022-014 section C,2. This information can be verified through FOIA request 10945 and video evidence.</w:t>
      </w:r>
    </w:p>
    <w:p w14:paraId="10B06F06" w14:textId="42C06D80"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DISPOSITION STATUS</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Closed</w:t>
      </w:r>
    </w:p>
    <w:p w14:paraId="24E730EF" w14:textId="05C5BDE6"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AAPD RESPONSE</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The need to review and update departmental policies related to department vehicle parking was identified. P&amp;P 022-014: Employee Parking, and P&amp;P 041-020: Marked Patrol Vehicle were updated.</w:t>
      </w:r>
    </w:p>
    <w:p w14:paraId="28F14C60" w14:textId="03D00369"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IM ASSIGNED</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Mohammad Othman</w:t>
      </w:r>
    </w:p>
    <w:p w14:paraId="7D6BD750" w14:textId="78B627DD"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ICPOC REVIEW STATUS</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Completed 4/13/25</w:t>
      </w:r>
    </w:p>
    <w:p w14:paraId="28DD9D5A" w14:textId="2DEA94BF"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ICPOC RECOMMENDATION</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 xml:space="preserve">ICPOC Concur with AAPD findings and corrective measures </w:t>
      </w:r>
    </w:p>
    <w:p w14:paraId="58EA4AC7" w14:textId="77777777" w:rsidR="00100775" w:rsidRDefault="00000000">
      <w:r>
        <w:br w:type="page"/>
      </w:r>
    </w:p>
    <w:p w14:paraId="506820BA" w14:textId="1D260B9B"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lastRenderedPageBreak/>
        <w:t>YEAR</w:t>
      </w:r>
      <w:r w:rsidRPr="00DE689B">
        <w:rPr>
          <w:rFonts w:asciiTheme="majorHAnsi" w:hAnsiTheme="majorHAnsi" w:cstheme="majorHAnsi"/>
          <w:sz w:val="26"/>
          <w:szCs w:val="26"/>
        </w:rPr>
        <w:t>: 2025</w:t>
      </w:r>
    </w:p>
    <w:p w14:paraId="45BC591C" w14:textId="77777777"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IC #:</w:t>
      </w:r>
      <w:r w:rsidRPr="00DE689B">
        <w:rPr>
          <w:rFonts w:asciiTheme="majorHAnsi" w:hAnsiTheme="majorHAnsi" w:cstheme="majorHAnsi"/>
          <w:sz w:val="26"/>
          <w:szCs w:val="26"/>
        </w:rPr>
        <w:t xml:space="preserve"> IC 25-004</w:t>
      </w:r>
    </w:p>
    <w:p w14:paraId="65B36355" w14:textId="77777777"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DATE</w:t>
      </w:r>
      <w:r w:rsidRPr="00DE689B">
        <w:rPr>
          <w:rFonts w:asciiTheme="majorHAnsi" w:hAnsiTheme="majorHAnsi" w:cstheme="majorHAnsi"/>
          <w:sz w:val="26"/>
          <w:szCs w:val="26"/>
        </w:rPr>
        <w:t>: 2/20/2025</w:t>
      </w:r>
    </w:p>
    <w:p w14:paraId="690EC1D6" w14:textId="4073931A"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ALLEGATION</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spot 1725</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Parking non-patrol vehicle #528 (policy 041-020) in meter parking spot 1725 at 9:40 on Jan 29th 2025, without paying. This is in violation of AAPD policy 041-040 section 3,B,5 and AAPD policy 022-014 section C,2. This information can be verified through FOIA request 10945 and video evidence.</w:t>
      </w:r>
    </w:p>
    <w:p w14:paraId="0B28CB97" w14:textId="218122FD"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DISPOSITION STATUS</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Closed</w:t>
      </w:r>
    </w:p>
    <w:p w14:paraId="0B41F612" w14:textId="032A988E"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AAPD RESPONSE</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The need to review and update departmental policies related to department vehicle parking was identified. P&amp;P 022-014: Employee Parking, and P&amp;P 041-020: Marked Patrol Vehicle were updated.</w:t>
      </w:r>
    </w:p>
    <w:p w14:paraId="4E98C373" w14:textId="5613D85A"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IM ASSIGNED</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Mohammad Othman</w:t>
      </w:r>
    </w:p>
    <w:p w14:paraId="67183B11" w14:textId="40ED8AA8" w:rsidR="00100775" w:rsidRPr="00DE689B" w:rsidRDefault="00000000">
      <w:pPr>
        <w:rPr>
          <w:rFonts w:asciiTheme="majorHAnsi" w:hAnsiTheme="majorHAnsi" w:cstheme="majorHAnsi"/>
          <w:sz w:val="26"/>
          <w:szCs w:val="26"/>
        </w:rPr>
      </w:pPr>
      <w:r w:rsidRPr="00DE689B">
        <w:rPr>
          <w:rFonts w:asciiTheme="majorHAnsi" w:hAnsiTheme="majorHAnsi" w:cstheme="majorHAnsi"/>
          <w:b/>
          <w:bCs/>
          <w:sz w:val="26"/>
          <w:szCs w:val="26"/>
        </w:rPr>
        <w:t>ICPOC REVIEW STATUS</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Completed 4/13/25</w:t>
      </w:r>
    </w:p>
    <w:p w14:paraId="190D4AB0" w14:textId="6C59E3C7"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RECOMMENDATION</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 xml:space="preserve">ICPOC Concur with AAPD findings and policy updates </w:t>
      </w:r>
    </w:p>
    <w:p w14:paraId="2DF70DB1" w14:textId="77777777" w:rsidR="00100775" w:rsidRDefault="00000000">
      <w:r>
        <w:br w:type="page"/>
      </w:r>
    </w:p>
    <w:p w14:paraId="7D1E83AC" w14:textId="7A4F8D98"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lastRenderedPageBreak/>
        <w:t>YEAR</w:t>
      </w:r>
      <w:r w:rsidRPr="00DE689B">
        <w:rPr>
          <w:rFonts w:asciiTheme="majorHAnsi" w:hAnsiTheme="majorHAnsi" w:cstheme="majorHAnsi"/>
          <w:sz w:val="26"/>
          <w:szCs w:val="26"/>
        </w:rPr>
        <w:t>: 2025</w:t>
      </w:r>
    </w:p>
    <w:p w14:paraId="16AE5872" w14:textId="77777777"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IC #:</w:t>
      </w:r>
      <w:r w:rsidRPr="00DE689B">
        <w:rPr>
          <w:rFonts w:asciiTheme="majorHAnsi" w:hAnsiTheme="majorHAnsi" w:cstheme="majorHAnsi"/>
          <w:sz w:val="26"/>
          <w:szCs w:val="26"/>
        </w:rPr>
        <w:t xml:space="preserve"> IC 25-005</w:t>
      </w:r>
    </w:p>
    <w:p w14:paraId="3983C3BD" w14:textId="77777777"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DATE</w:t>
      </w:r>
      <w:r w:rsidRPr="00DE689B">
        <w:rPr>
          <w:rFonts w:asciiTheme="majorHAnsi" w:hAnsiTheme="majorHAnsi" w:cstheme="majorHAnsi"/>
          <w:sz w:val="26"/>
          <w:szCs w:val="26"/>
        </w:rPr>
        <w:t>: 2/20/2025</w:t>
      </w:r>
    </w:p>
    <w:p w14:paraId="003F0BBD" w14:textId="068A9EAE"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ALLEGATION</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Parking a fully marked AAPD patrol vehicle in a tow away zone violating AAPD policy 041-020, policy 041-040 section 3,B,5, and AAPD policy 022-014 section C,2. This information can be verified through FOIA request 10945 and video evidence.</w:t>
      </w:r>
    </w:p>
    <w:p w14:paraId="01E07CDE" w14:textId="1539EC52"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DISPOSITION STATUS</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Closed</w:t>
      </w:r>
    </w:p>
    <w:p w14:paraId="0419D397" w14:textId="691513DE"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AAPD RESPONSE</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Ofc. Dottor was verbally counseled on parking in legal spaces. An email was sent to all patrol reminding everyone to park in legal spaces. P&amp;P 022-014: Employee Parking, and P&amp;P 041-020: Marked Patrol Vehicle were updated. Corrective action was taken.</w:t>
      </w:r>
    </w:p>
    <w:p w14:paraId="69906357" w14:textId="63B33101"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IM ASSIGNED</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Mohammad Othman</w:t>
      </w:r>
    </w:p>
    <w:p w14:paraId="27103208" w14:textId="0288E914"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REVIEW STATUS</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Completed 4/13/25</w:t>
      </w:r>
    </w:p>
    <w:p w14:paraId="71122D0F" w14:textId="2D06631D"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RECOMMENDATION</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 xml:space="preserve">ICPOC Concur with AAPD findings and corrective action on taken </w:t>
      </w:r>
    </w:p>
    <w:p w14:paraId="61579534" w14:textId="77777777" w:rsidR="00100775" w:rsidRDefault="00000000">
      <w:r>
        <w:br w:type="page"/>
      </w:r>
    </w:p>
    <w:p w14:paraId="46438BE5" w14:textId="3BB6B242"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lastRenderedPageBreak/>
        <w:t>YEAR</w:t>
      </w:r>
      <w:r w:rsidRPr="00DE689B">
        <w:rPr>
          <w:rFonts w:asciiTheme="majorHAnsi" w:hAnsiTheme="majorHAnsi" w:cstheme="majorHAnsi"/>
          <w:sz w:val="26"/>
          <w:szCs w:val="26"/>
        </w:rPr>
        <w:t>: 2025</w:t>
      </w:r>
    </w:p>
    <w:p w14:paraId="285AAF6D" w14:textId="77777777"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IC #:</w:t>
      </w:r>
      <w:r w:rsidRPr="00DE689B">
        <w:rPr>
          <w:rFonts w:asciiTheme="majorHAnsi" w:hAnsiTheme="majorHAnsi" w:cstheme="majorHAnsi"/>
          <w:sz w:val="26"/>
          <w:szCs w:val="26"/>
        </w:rPr>
        <w:t xml:space="preserve"> IC 25-006</w:t>
      </w:r>
    </w:p>
    <w:p w14:paraId="3A08BD44" w14:textId="77777777"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DATE</w:t>
      </w:r>
      <w:r w:rsidRPr="00DE689B">
        <w:rPr>
          <w:rFonts w:asciiTheme="majorHAnsi" w:hAnsiTheme="majorHAnsi" w:cstheme="majorHAnsi"/>
          <w:sz w:val="26"/>
          <w:szCs w:val="26"/>
        </w:rPr>
        <w:t>: 2/20/2025</w:t>
      </w:r>
    </w:p>
    <w:p w14:paraId="66D75C5B" w14:textId="14AD32A2"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ALLEGATION</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Parking non-patrol vehicle #528 (policy 041-020) in meter parking spot 1700 at 9:50 on Jan 31st 2025, without paying. This is in violation of AAPD policy 041-040 section 3,B,5 and AAPD policy 022-014 section C,2. This information can be verified through FOIA request 10959 and video evidence.</w:t>
      </w:r>
    </w:p>
    <w:p w14:paraId="445C0FAD" w14:textId="5BEF432B"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DISPOSITION STATUS</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Closed</w:t>
      </w:r>
    </w:p>
    <w:p w14:paraId="0C46FA45" w14:textId="231EA64B"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AAPD RESPONSE</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The need to review and update departmental policies related to department vehicle parking was identified. P&amp;P 022-014: Employee Parking, and P&amp;P 041-020: Marked Patrol Vehicle were updated.</w:t>
      </w:r>
    </w:p>
    <w:p w14:paraId="701A3D37" w14:textId="117D29D3"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IM ASSIGNED</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Mohammad Othman</w:t>
      </w:r>
    </w:p>
    <w:p w14:paraId="7D40E33C" w14:textId="4B069A73"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REVIEW STATUS</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Completed 4/13/25</w:t>
      </w:r>
    </w:p>
    <w:p w14:paraId="51F3F692" w14:textId="198CD006" w:rsidR="00100775" w:rsidRPr="00DE689B"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RECOMMENDATION</w:t>
      </w:r>
      <w:r w:rsidRPr="00DE689B">
        <w:rPr>
          <w:rFonts w:asciiTheme="majorHAnsi" w:hAnsiTheme="majorHAnsi" w:cstheme="majorHAnsi"/>
          <w:sz w:val="26"/>
          <w:szCs w:val="26"/>
        </w:rPr>
        <w:t>:</w:t>
      </w:r>
      <w:r w:rsidR="00DE689B" w:rsidRPr="00DE689B">
        <w:rPr>
          <w:rFonts w:asciiTheme="majorHAnsi" w:hAnsiTheme="majorHAnsi" w:cstheme="majorHAnsi"/>
          <w:sz w:val="26"/>
          <w:szCs w:val="26"/>
        </w:rPr>
        <w:t xml:space="preserve"> </w:t>
      </w:r>
      <w:r w:rsidRPr="00DE689B">
        <w:rPr>
          <w:rFonts w:asciiTheme="majorHAnsi" w:hAnsiTheme="majorHAnsi" w:cstheme="majorHAnsi"/>
          <w:sz w:val="26"/>
          <w:szCs w:val="26"/>
        </w:rPr>
        <w:t xml:space="preserve">ICPOC Concur with AAPD findings and policy updates </w:t>
      </w:r>
    </w:p>
    <w:p w14:paraId="54C5F8BB" w14:textId="77777777" w:rsidR="005A25FC" w:rsidRDefault="00000000">
      <w:r>
        <w:br w:type="page"/>
      </w:r>
    </w:p>
    <w:p w14:paraId="02A10E68" w14:textId="49E3FD8B" w:rsidR="00100775" w:rsidRPr="005A25FC" w:rsidRDefault="00000000">
      <w:r w:rsidRPr="005A25FC">
        <w:rPr>
          <w:rFonts w:asciiTheme="majorHAnsi" w:hAnsiTheme="majorHAnsi" w:cstheme="majorHAnsi"/>
          <w:b/>
          <w:bCs/>
          <w:sz w:val="26"/>
          <w:szCs w:val="26"/>
        </w:rPr>
        <w:lastRenderedPageBreak/>
        <w:t>YEAR</w:t>
      </w:r>
      <w:r w:rsidRPr="005A25FC">
        <w:rPr>
          <w:rFonts w:asciiTheme="majorHAnsi" w:hAnsiTheme="majorHAnsi" w:cstheme="majorHAnsi"/>
          <w:sz w:val="26"/>
          <w:szCs w:val="26"/>
        </w:rPr>
        <w:t>: 2025</w:t>
      </w:r>
    </w:p>
    <w:p w14:paraId="77B26074" w14:textId="77777777"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IC #:</w:t>
      </w:r>
      <w:r w:rsidRPr="005A25FC">
        <w:rPr>
          <w:rFonts w:asciiTheme="majorHAnsi" w:hAnsiTheme="majorHAnsi" w:cstheme="majorHAnsi"/>
          <w:sz w:val="26"/>
          <w:szCs w:val="26"/>
        </w:rPr>
        <w:t xml:space="preserve"> IC 25-007</w:t>
      </w:r>
    </w:p>
    <w:p w14:paraId="112B3696" w14:textId="77777777"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DATE</w:t>
      </w:r>
      <w:r w:rsidRPr="005A25FC">
        <w:rPr>
          <w:rFonts w:asciiTheme="majorHAnsi" w:hAnsiTheme="majorHAnsi" w:cstheme="majorHAnsi"/>
          <w:sz w:val="26"/>
          <w:szCs w:val="26"/>
        </w:rPr>
        <w:t>: 2/20/2025</w:t>
      </w:r>
    </w:p>
    <w:p w14:paraId="5AB5034D" w14:textId="5354F140"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ALLEGATION</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spot 1709</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Parking non-patrol vehicle #101 (policy 041-020) in meter parking spot 1709 at 9:50 on Jan 31st 2025, without paying. This is in violation of AAPD policy 041-040 section 3,B,5 and AAPD policy 022-014 section C,2. This information can be verified through FOIA request 10959 and video evidence.</w:t>
      </w:r>
    </w:p>
    <w:p w14:paraId="2A834A10" w14:textId="3D8C7CA2"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DISPOSITION STATUS</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Closed</w:t>
      </w:r>
    </w:p>
    <w:p w14:paraId="36006984" w14:textId="0AE10118"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AAPD RESPONSE</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The need to review and update departmental policies related to department vehicle parking was identified. P&amp;P 022-014: Employee Parking, and P&amp;P 041-020: Marked Patrol Vehicle were updated.</w:t>
      </w:r>
    </w:p>
    <w:p w14:paraId="574D7C3B" w14:textId="446F20A9"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IM ASSIGNED</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Mohammad Othman</w:t>
      </w:r>
    </w:p>
    <w:p w14:paraId="6E5BFB34" w14:textId="49DB38F3"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REVIEW STATUS</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Completed 4/13/25</w:t>
      </w:r>
    </w:p>
    <w:p w14:paraId="58C9192D" w14:textId="6A1B75D8"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RECOMMENDATION</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 xml:space="preserve">ICPOC Concur with the AAPD finding and policy updates </w:t>
      </w:r>
    </w:p>
    <w:p w14:paraId="35D7ADDD" w14:textId="77777777" w:rsidR="00100775" w:rsidRDefault="00000000">
      <w:r>
        <w:br w:type="page"/>
      </w:r>
    </w:p>
    <w:p w14:paraId="5E51B093" w14:textId="0DA71EEB"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lastRenderedPageBreak/>
        <w:t>YEAR</w:t>
      </w:r>
      <w:r w:rsidRPr="005A25FC">
        <w:rPr>
          <w:rFonts w:asciiTheme="majorHAnsi" w:hAnsiTheme="majorHAnsi" w:cstheme="majorHAnsi"/>
          <w:sz w:val="26"/>
          <w:szCs w:val="26"/>
        </w:rPr>
        <w:t>: 2025</w:t>
      </w:r>
    </w:p>
    <w:p w14:paraId="7EEFEF5C" w14:textId="77777777"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IC #:</w:t>
      </w:r>
      <w:r w:rsidRPr="005A25FC">
        <w:rPr>
          <w:rFonts w:asciiTheme="majorHAnsi" w:hAnsiTheme="majorHAnsi" w:cstheme="majorHAnsi"/>
          <w:sz w:val="26"/>
          <w:szCs w:val="26"/>
        </w:rPr>
        <w:t xml:space="preserve"> IC 25-008</w:t>
      </w:r>
    </w:p>
    <w:p w14:paraId="55BE9535" w14:textId="77777777"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DATE</w:t>
      </w:r>
      <w:r w:rsidRPr="005A25FC">
        <w:rPr>
          <w:rFonts w:asciiTheme="majorHAnsi" w:hAnsiTheme="majorHAnsi" w:cstheme="majorHAnsi"/>
          <w:sz w:val="26"/>
          <w:szCs w:val="26"/>
        </w:rPr>
        <w:t>: 2/20/2025</w:t>
      </w:r>
    </w:p>
    <w:p w14:paraId="3844B353" w14:textId="6306F985"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ALLEGATION</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Parking non-patrol vehicle #101 (policy 041-020) in meter parking spot 1702 at 9:50 on Jan 31st 2025, without paying. This is in violation of AAPD policy 041-040 section 3,B,5 and AAPD policy 022-014 section C,2. This information can be verified through FOIA request 10959 and video evidence.</w:t>
      </w:r>
    </w:p>
    <w:p w14:paraId="25C343CB" w14:textId="015E94AE"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DISPOSITION STATUS</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Closed</w:t>
      </w:r>
    </w:p>
    <w:p w14:paraId="30CC0495" w14:textId="0D77A47C"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AAPD RESPONSE</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The need to review and update departmental policies related to department vehicle parking was identified. P&amp;P 022-014: Employee Parking, and P&amp;P 041-020: Marked Patrol Vehicle were updated.</w:t>
      </w:r>
    </w:p>
    <w:p w14:paraId="16C56711" w14:textId="5B9554E9"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IM ASSIGNED</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Mohammad Othman</w:t>
      </w:r>
    </w:p>
    <w:p w14:paraId="2CA1FCDB" w14:textId="6547B50E"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REVIEW STATUS</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Completed 4/13/25</w:t>
      </w:r>
    </w:p>
    <w:p w14:paraId="656A7717" w14:textId="29EB2C17"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RECOMMENDATION</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 xml:space="preserve">ICPOC Concur with AAPD findings and corrective action of policy updates </w:t>
      </w:r>
    </w:p>
    <w:p w14:paraId="04E23647" w14:textId="4252FEBE" w:rsidR="005A25FC" w:rsidRDefault="00000000">
      <w:r>
        <w:br w:type="page"/>
      </w:r>
    </w:p>
    <w:p w14:paraId="414085C5" w14:textId="164308C3"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lastRenderedPageBreak/>
        <w:t>YEAR</w:t>
      </w:r>
      <w:r w:rsidRPr="005A25FC">
        <w:rPr>
          <w:rFonts w:asciiTheme="majorHAnsi" w:hAnsiTheme="majorHAnsi" w:cstheme="majorHAnsi"/>
          <w:sz w:val="26"/>
          <w:szCs w:val="26"/>
        </w:rPr>
        <w:t>: 2025</w:t>
      </w:r>
    </w:p>
    <w:p w14:paraId="6358B892" w14:textId="77777777"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IC #:</w:t>
      </w:r>
      <w:r w:rsidRPr="005A25FC">
        <w:rPr>
          <w:rFonts w:asciiTheme="majorHAnsi" w:hAnsiTheme="majorHAnsi" w:cstheme="majorHAnsi"/>
          <w:sz w:val="26"/>
          <w:szCs w:val="26"/>
        </w:rPr>
        <w:t xml:space="preserve"> IC 25-009</w:t>
      </w:r>
    </w:p>
    <w:p w14:paraId="5DADA95B" w14:textId="77777777"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DATE</w:t>
      </w:r>
      <w:r w:rsidRPr="005A25FC">
        <w:rPr>
          <w:rFonts w:asciiTheme="majorHAnsi" w:hAnsiTheme="majorHAnsi" w:cstheme="majorHAnsi"/>
          <w:sz w:val="26"/>
          <w:szCs w:val="26"/>
        </w:rPr>
        <w:t>: 2/20/2025</w:t>
      </w:r>
    </w:p>
    <w:p w14:paraId="3DF013BC" w14:textId="65F4BE86"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ALLEGATION</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 xml:space="preserve">Parking non-patrol,  </w:t>
      </w:r>
      <w:r w:rsidR="005A25FC" w:rsidRPr="005A25FC">
        <w:rPr>
          <w:rFonts w:asciiTheme="majorHAnsi" w:hAnsiTheme="majorHAnsi" w:cstheme="majorHAnsi"/>
          <w:sz w:val="26"/>
          <w:szCs w:val="26"/>
        </w:rPr>
        <w:t>non-marked</w:t>
      </w:r>
      <w:r w:rsidRPr="005A25FC">
        <w:rPr>
          <w:rFonts w:asciiTheme="majorHAnsi" w:hAnsiTheme="majorHAnsi" w:cstheme="majorHAnsi"/>
          <w:sz w:val="26"/>
          <w:szCs w:val="26"/>
        </w:rPr>
        <w:t>, AAPD vehicle #342E (policy 041-020) in meter parking spot 1700 at 9:15am on Dec 3rd2024, without paying. This is in violation of AAPD policy 041-040 section 3,B,5 and AAPD policy 022-014 section C,2. This information can be verified through FOIA request 10975 and video evidence.</w:t>
      </w:r>
      <w:r w:rsidR="005A25FC">
        <w:rPr>
          <w:rFonts w:asciiTheme="majorHAnsi" w:hAnsiTheme="majorHAnsi" w:cstheme="majorHAnsi"/>
          <w:sz w:val="26"/>
          <w:szCs w:val="26"/>
        </w:rPr>
        <w:t xml:space="preserve"> </w:t>
      </w:r>
      <w:r w:rsidRPr="005A25FC">
        <w:rPr>
          <w:rFonts w:asciiTheme="majorHAnsi" w:hAnsiTheme="majorHAnsi" w:cstheme="majorHAnsi"/>
          <w:sz w:val="26"/>
          <w:szCs w:val="26"/>
        </w:rPr>
        <w:t>This is the same officer who refused to even let me file a complaint about the on going parking violations of the AAPD on Ann st. He is a habitual violator of AAPD parking policies. The vehilce also has a license plate cover that obscures and makes diffcult to read the license plate number in violation of MCL 257.225 sections 2,4, and 5.</w:t>
      </w:r>
    </w:p>
    <w:p w14:paraId="1A3E2217" w14:textId="796CDF1E"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DISPOSITION STATUS</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Closed</w:t>
      </w:r>
    </w:p>
    <w:p w14:paraId="30535E8E" w14:textId="221EC8B7"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AAPD RESPONSE</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The need to review and update departmental policies related to department vehicle parking was identified. The license plate on Vehicle 342 is clearly visible. P&amp;P 022-014: Employee Parking, and P&amp;P 041-020: Marked Patrol Vehicle were updated.</w:t>
      </w:r>
    </w:p>
    <w:p w14:paraId="28384747" w14:textId="293A734A"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IM ASSIGNED</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Mohammad Othman</w:t>
      </w:r>
    </w:p>
    <w:p w14:paraId="080469F8" w14:textId="515A7BFE" w:rsidR="00100775" w:rsidRPr="005A25FC"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REVIEW STATUS</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Completed 4/14/25</w:t>
      </w:r>
    </w:p>
    <w:p w14:paraId="6E4F917B" w14:textId="77777777" w:rsidR="001023D1" w:rsidRDefault="00000000">
      <w:pPr>
        <w:rPr>
          <w:rFonts w:asciiTheme="majorHAnsi" w:hAnsiTheme="majorHAnsi" w:cstheme="majorHAnsi"/>
          <w:sz w:val="26"/>
          <w:szCs w:val="26"/>
        </w:rPr>
      </w:pPr>
      <w:r w:rsidRPr="005A25FC">
        <w:rPr>
          <w:rFonts w:asciiTheme="majorHAnsi" w:hAnsiTheme="majorHAnsi" w:cstheme="majorHAnsi"/>
          <w:b/>
          <w:bCs/>
          <w:sz w:val="26"/>
          <w:szCs w:val="26"/>
        </w:rPr>
        <w:t>ICPOC RECOMMENDATION</w:t>
      </w:r>
      <w:r w:rsidRPr="005A25FC">
        <w:rPr>
          <w:rFonts w:asciiTheme="majorHAnsi" w:hAnsiTheme="majorHAnsi" w:cstheme="majorHAnsi"/>
          <w:sz w:val="26"/>
          <w:szCs w:val="26"/>
        </w:rPr>
        <w:t>:</w:t>
      </w:r>
      <w:r w:rsidR="005A25FC" w:rsidRPr="005A25FC">
        <w:rPr>
          <w:rFonts w:asciiTheme="majorHAnsi" w:hAnsiTheme="majorHAnsi" w:cstheme="majorHAnsi"/>
          <w:sz w:val="26"/>
          <w:szCs w:val="26"/>
        </w:rPr>
        <w:t xml:space="preserve"> </w:t>
      </w:r>
      <w:r w:rsidRPr="005A25FC">
        <w:rPr>
          <w:rFonts w:asciiTheme="majorHAnsi" w:hAnsiTheme="majorHAnsi" w:cstheme="majorHAnsi"/>
          <w:sz w:val="26"/>
          <w:szCs w:val="26"/>
        </w:rPr>
        <w:t>ICPOC Concur with AAPD findings and corrective actions taken to address this situa on of parking police vehicles in metered spots without pay.</w:t>
      </w:r>
    </w:p>
    <w:p w14:paraId="11CABCC8" w14:textId="77777777" w:rsidR="001023D1" w:rsidRDefault="001023D1">
      <w:pPr>
        <w:rPr>
          <w:rFonts w:asciiTheme="majorHAnsi" w:hAnsiTheme="majorHAnsi" w:cstheme="majorHAnsi"/>
          <w:b/>
          <w:bCs/>
          <w:sz w:val="26"/>
          <w:szCs w:val="26"/>
        </w:rPr>
      </w:pPr>
    </w:p>
    <w:p w14:paraId="55F7F4CA" w14:textId="2F84B970"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lastRenderedPageBreak/>
        <w:t>YEAR</w:t>
      </w:r>
      <w:r w:rsidRPr="002A40C5">
        <w:rPr>
          <w:rFonts w:asciiTheme="majorHAnsi" w:hAnsiTheme="majorHAnsi" w:cstheme="majorHAnsi"/>
          <w:sz w:val="26"/>
          <w:szCs w:val="26"/>
        </w:rPr>
        <w:t>: 2025</w:t>
      </w:r>
    </w:p>
    <w:p w14:paraId="2476D14F" w14:textId="77777777"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 #:</w:t>
      </w:r>
      <w:r w:rsidRPr="002A40C5">
        <w:rPr>
          <w:rFonts w:asciiTheme="majorHAnsi" w:hAnsiTheme="majorHAnsi" w:cstheme="majorHAnsi"/>
          <w:sz w:val="26"/>
          <w:szCs w:val="26"/>
        </w:rPr>
        <w:t xml:space="preserve"> IC 25-010</w:t>
      </w:r>
    </w:p>
    <w:p w14:paraId="7D489B10" w14:textId="77777777"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DATE</w:t>
      </w:r>
      <w:r w:rsidRPr="002A40C5">
        <w:rPr>
          <w:rFonts w:asciiTheme="majorHAnsi" w:hAnsiTheme="majorHAnsi" w:cstheme="majorHAnsi"/>
          <w:sz w:val="26"/>
          <w:szCs w:val="26"/>
        </w:rPr>
        <w:t>: 2/24/2025</w:t>
      </w:r>
    </w:p>
    <w:p w14:paraId="550979E8" w14:textId="0C775FD0"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ALLEGATION</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Parking non-marked, non-patrol vehicle 056x119. (per policy 041-020 it lacks the required markings and equipment to be a marked or semi marked vehicle.) in meter parking spot 1710 at 8:40am on Feb 24th 2025, without paying. This is in violation of AAPD policy 041-040 section 3,B,5 and AAPD policy 022-014 section C,2. This information can be verified through video evidence.</w:t>
      </w:r>
    </w:p>
    <w:p w14:paraId="19CA1914" w14:textId="4B844DD1"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DISPOSITION STATUS</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Closed</w:t>
      </w:r>
    </w:p>
    <w:p w14:paraId="61909CFE" w14:textId="762B6406"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AAPD RESPONSE</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The need to review and update departmental policies related to department vehicle parking was identified. P&amp;P 022-014: Employee Parking, and P&amp;P 041-020: Marked Patrol Vehicle were updated.</w:t>
      </w:r>
    </w:p>
    <w:p w14:paraId="4FBA48E9" w14:textId="6A7CA701"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IM ASSIGNED</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Mohammad Othman</w:t>
      </w:r>
    </w:p>
    <w:p w14:paraId="6AF0A33C" w14:textId="1BD79A75"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ICPOC REVIEW STATUS</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Completed 4/14/25</w:t>
      </w:r>
    </w:p>
    <w:p w14:paraId="6EAC7949" w14:textId="63B86786"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ICPOC RECOMMENDATION</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 xml:space="preserve">ICPOC Concur with the AAPD findings and the corrective actions taken to update the policy of parking the department vehicles in metered spot </w:t>
      </w:r>
    </w:p>
    <w:p w14:paraId="25072FF1" w14:textId="0787D320" w:rsidR="00100775" w:rsidRPr="001023D1" w:rsidRDefault="00000000">
      <w:r>
        <w:br w:type="page"/>
      </w:r>
      <w:r w:rsidRPr="002A40C5">
        <w:rPr>
          <w:rFonts w:asciiTheme="majorHAnsi" w:hAnsiTheme="majorHAnsi" w:cstheme="majorHAnsi"/>
          <w:b/>
          <w:bCs/>
          <w:sz w:val="26"/>
          <w:szCs w:val="26"/>
        </w:rPr>
        <w:lastRenderedPageBreak/>
        <w:t>YEAR</w:t>
      </w:r>
      <w:r w:rsidRPr="002A40C5">
        <w:rPr>
          <w:rFonts w:asciiTheme="majorHAnsi" w:hAnsiTheme="majorHAnsi" w:cstheme="majorHAnsi"/>
          <w:sz w:val="26"/>
          <w:szCs w:val="26"/>
        </w:rPr>
        <w:t>: 2025</w:t>
      </w:r>
    </w:p>
    <w:p w14:paraId="1FC6FB68" w14:textId="77777777"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 #:</w:t>
      </w:r>
      <w:r w:rsidRPr="002A40C5">
        <w:rPr>
          <w:rFonts w:asciiTheme="majorHAnsi" w:hAnsiTheme="majorHAnsi" w:cstheme="majorHAnsi"/>
          <w:sz w:val="26"/>
          <w:szCs w:val="26"/>
        </w:rPr>
        <w:t xml:space="preserve"> IC 25-011</w:t>
      </w:r>
    </w:p>
    <w:p w14:paraId="2FA789DE" w14:textId="77777777"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DATE</w:t>
      </w:r>
      <w:r w:rsidRPr="002A40C5">
        <w:rPr>
          <w:rFonts w:asciiTheme="majorHAnsi" w:hAnsiTheme="majorHAnsi" w:cstheme="majorHAnsi"/>
          <w:sz w:val="26"/>
          <w:szCs w:val="26"/>
        </w:rPr>
        <w:t>: 2/26/2025</w:t>
      </w:r>
    </w:p>
    <w:p w14:paraId="21FBE701" w14:textId="50EA1DE6"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ALLEGATION</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 xml:space="preserve">Parking non-patrol vehicle #101 (policy 041-020) in meter parking spot 1709 at 9:40am on Jan 29th 2025, without paying. This is in violation of AAPD policy 041-040 section 3,B,5 and AAPD policy 022-014 section C,2. FOIA request 3166 verifies and confirms there are no AAPD polices which exempt this officer from being in violation of the above stated polices. This is clearly an ongoing issue. I hope this will be brought up at both the next ICPOC and city meeting by the head fo ICPOC. I will be if the head of ICPOC </w:t>
      </w:r>
      <w:r w:rsidR="001023D1" w:rsidRPr="002A40C5">
        <w:rPr>
          <w:rFonts w:asciiTheme="majorHAnsi" w:hAnsiTheme="majorHAnsi" w:cstheme="majorHAnsi"/>
          <w:sz w:val="26"/>
          <w:szCs w:val="26"/>
        </w:rPr>
        <w:t>doesn’t</w:t>
      </w:r>
      <w:r w:rsidRPr="002A40C5">
        <w:rPr>
          <w:rFonts w:asciiTheme="majorHAnsi" w:hAnsiTheme="majorHAnsi" w:cstheme="majorHAnsi"/>
          <w:sz w:val="26"/>
          <w:szCs w:val="26"/>
        </w:rPr>
        <w:t>.</w:t>
      </w:r>
    </w:p>
    <w:p w14:paraId="5855BE4B" w14:textId="470B30FC"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DISPOSITION STATUS</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Closed</w:t>
      </w:r>
    </w:p>
    <w:p w14:paraId="7339CAFC" w14:textId="5C4446C5"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AAPD RESPONSE</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The need to review and update departmental policies related to department vehicle parking was identified. P&amp;P 022-014: Employee Parking, and P&amp;P 041-020: Marked Patrol Vehicle were updated.</w:t>
      </w:r>
    </w:p>
    <w:p w14:paraId="5E0E087F" w14:textId="59C97F16"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IM ASSIGNED</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Mohammad Othman</w:t>
      </w:r>
    </w:p>
    <w:p w14:paraId="5F13623D" w14:textId="5A1252F2"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ICPOC REVIEW STATUS</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Completed 4/14/25</w:t>
      </w:r>
    </w:p>
    <w:p w14:paraId="4D01BF20" w14:textId="32F0EC26"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ICPOC RECOMMENDATION</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 xml:space="preserve">ICPOC Concur with AAPD findings and corrective measures </w:t>
      </w:r>
    </w:p>
    <w:p w14:paraId="4319D27B" w14:textId="77777777" w:rsidR="001023D1" w:rsidRDefault="001023D1"/>
    <w:p w14:paraId="04E02E7D" w14:textId="77777777" w:rsidR="001023D1" w:rsidRDefault="001023D1"/>
    <w:p w14:paraId="4801C8F9" w14:textId="77777777" w:rsidR="001023D1" w:rsidRDefault="001023D1"/>
    <w:p w14:paraId="25755358" w14:textId="77777777" w:rsidR="001023D1" w:rsidRDefault="001023D1">
      <w:pPr>
        <w:rPr>
          <w:rFonts w:asciiTheme="majorHAnsi" w:hAnsiTheme="majorHAnsi" w:cstheme="majorHAnsi"/>
          <w:b/>
          <w:bCs/>
          <w:sz w:val="26"/>
          <w:szCs w:val="26"/>
        </w:rPr>
      </w:pPr>
    </w:p>
    <w:p w14:paraId="38192F19" w14:textId="00BB1DDD" w:rsidR="00100775" w:rsidRPr="001023D1" w:rsidRDefault="00000000">
      <w:r w:rsidRPr="002A40C5">
        <w:rPr>
          <w:rFonts w:asciiTheme="majorHAnsi" w:hAnsiTheme="majorHAnsi" w:cstheme="majorHAnsi"/>
          <w:b/>
          <w:bCs/>
          <w:sz w:val="26"/>
          <w:szCs w:val="26"/>
        </w:rPr>
        <w:lastRenderedPageBreak/>
        <w:t>YEAR:</w:t>
      </w:r>
      <w:r w:rsidRPr="002A40C5">
        <w:rPr>
          <w:rFonts w:asciiTheme="majorHAnsi" w:hAnsiTheme="majorHAnsi" w:cstheme="majorHAnsi"/>
          <w:sz w:val="26"/>
          <w:szCs w:val="26"/>
        </w:rPr>
        <w:t xml:space="preserve"> 2025</w:t>
      </w:r>
    </w:p>
    <w:p w14:paraId="3930A939" w14:textId="77777777"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 #:</w:t>
      </w:r>
      <w:r w:rsidRPr="002A40C5">
        <w:rPr>
          <w:rFonts w:asciiTheme="majorHAnsi" w:hAnsiTheme="majorHAnsi" w:cstheme="majorHAnsi"/>
          <w:sz w:val="26"/>
          <w:szCs w:val="26"/>
        </w:rPr>
        <w:t xml:space="preserve"> IC 25-012</w:t>
      </w:r>
    </w:p>
    <w:p w14:paraId="1AD8D311" w14:textId="77777777"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DATE:</w:t>
      </w:r>
      <w:r w:rsidRPr="002A40C5">
        <w:rPr>
          <w:rFonts w:asciiTheme="majorHAnsi" w:hAnsiTheme="majorHAnsi" w:cstheme="majorHAnsi"/>
          <w:sz w:val="26"/>
          <w:szCs w:val="26"/>
        </w:rPr>
        <w:t xml:space="preserve"> 3/6/2025</w:t>
      </w:r>
    </w:p>
    <w:p w14:paraId="39DE848B" w14:textId="2297AAEB" w:rsid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ALLEGATION:</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I am submitting this formal complaint regarding my arrest on April 25, 2024, during which I experienced property mishandling, lack of investigation into theft, and failure to address a mental health crisis involving my boyfriend. Additionally, I believe my disability and impaired state were not properly considered by the officers involved.</w:t>
      </w:r>
      <w:r w:rsidR="002A40C5">
        <w:rPr>
          <w:rFonts w:asciiTheme="majorHAnsi" w:hAnsiTheme="majorHAnsi" w:cstheme="majorHAnsi"/>
          <w:sz w:val="26"/>
          <w:szCs w:val="26"/>
        </w:rPr>
        <w:t xml:space="preserve"> </w:t>
      </w:r>
      <w:r w:rsidRPr="002A40C5">
        <w:rPr>
          <w:rFonts w:asciiTheme="majorHAnsi" w:hAnsiTheme="majorHAnsi" w:cstheme="majorHAnsi"/>
          <w:sz w:val="26"/>
          <w:szCs w:val="26"/>
        </w:rPr>
        <w:t>Concerns:</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Mishandling of My Personal Property: During my arrest, Officer [Name] indicated that they had possession of my phone. However, I later discovered that my boyfriend had taken it, leaving me unable to contact anyone for assistance. Additionally, $900 was taken from me by my boyfriend while I was in a blackout state. No effort was made by law enforcement to recover my stolen property.</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 xml:space="preserve">Failure to Address a Mental Health Crisis: While I was incarcerated, my </w:t>
      </w:r>
      <w:r w:rsidR="001023D1" w:rsidRPr="002A40C5">
        <w:rPr>
          <w:rFonts w:asciiTheme="majorHAnsi" w:hAnsiTheme="majorHAnsi" w:cstheme="majorHAnsi"/>
          <w:sz w:val="26"/>
          <w:szCs w:val="26"/>
        </w:rPr>
        <w:t>boyfriend,</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 xml:space="preserve">who was intoxicated and emotionally </w:t>
      </w:r>
      <w:r w:rsidR="006F3680" w:rsidRPr="002A40C5">
        <w:rPr>
          <w:rFonts w:asciiTheme="majorHAnsi" w:hAnsiTheme="majorHAnsi" w:cstheme="majorHAnsi"/>
          <w:sz w:val="26"/>
          <w:szCs w:val="26"/>
        </w:rPr>
        <w:t xml:space="preserve">distressed, </w:t>
      </w:r>
      <w:r w:rsidRPr="002A40C5">
        <w:rPr>
          <w:rFonts w:asciiTheme="majorHAnsi" w:hAnsiTheme="majorHAnsi" w:cstheme="majorHAnsi"/>
          <w:sz w:val="26"/>
          <w:szCs w:val="26"/>
        </w:rPr>
        <w:t>attempted suicide. Despite clear warning signs, officers failed to assess or intervene in his mental health crisis, which could have prevented this tragic event.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Lack of Investigation: No investigation was conducted into the theft of my phone and money, nor was there any effort to address my boyfriend</w:t>
      </w:r>
      <w:r w:rsidRPr="002A40C5">
        <w:rPr>
          <w:rFonts w:ascii="Calibri" w:hAnsi="Calibri" w:cs="Calibri"/>
          <w:sz w:val="26"/>
          <w:szCs w:val="26"/>
        </w:rPr>
        <w:t>’</w:t>
      </w:r>
      <w:r w:rsidRPr="002A40C5">
        <w:rPr>
          <w:rFonts w:asciiTheme="majorHAnsi" w:hAnsiTheme="majorHAnsi" w:cstheme="majorHAnsi"/>
          <w:sz w:val="26"/>
          <w:szCs w:val="26"/>
        </w:rPr>
        <w:t>s crisis. These oversights have had lasting financial and emotional consequences for me.</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Request for Action:</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Given these issues, I formally request the following actions:</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 xml:space="preserve">A review of the </w:t>
      </w:r>
      <w:r w:rsidR="006F3680" w:rsidRPr="002A40C5">
        <w:rPr>
          <w:rFonts w:asciiTheme="majorHAnsi" w:hAnsiTheme="majorHAnsi" w:cstheme="majorHAnsi"/>
          <w:sz w:val="26"/>
          <w:szCs w:val="26"/>
        </w:rPr>
        <w:t xml:space="preserve">officers’ </w:t>
      </w:r>
      <w:r w:rsidRPr="002A40C5">
        <w:rPr>
          <w:rFonts w:asciiTheme="majorHAnsi" w:hAnsiTheme="majorHAnsi" w:cstheme="majorHAnsi"/>
          <w:sz w:val="26"/>
          <w:szCs w:val="26"/>
        </w:rPr>
        <w:t>actions, including their handling of my property and failure to investigate the theft.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An examination of the lack of response to my boyfriend</w:t>
      </w:r>
      <w:r w:rsidRPr="002A40C5">
        <w:rPr>
          <w:rFonts w:ascii="Calibri" w:hAnsi="Calibri" w:cs="Calibri"/>
          <w:sz w:val="26"/>
          <w:szCs w:val="26"/>
        </w:rPr>
        <w:t>’</w:t>
      </w:r>
      <w:r w:rsidRPr="002A40C5">
        <w:rPr>
          <w:rFonts w:asciiTheme="majorHAnsi" w:hAnsiTheme="majorHAnsi" w:cstheme="majorHAnsi"/>
          <w:sz w:val="26"/>
          <w:szCs w:val="26"/>
        </w:rPr>
        <w:t>s mental health crisis and whether proper protocols were followed.</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Consideration of my disability and impaired state in any legal proceedings related to this incident.</w:t>
      </w:r>
    </w:p>
    <w:p w14:paraId="25B305DC" w14:textId="1CCE855A"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DISPOSITION STATUS</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Closed</w:t>
      </w:r>
    </w:p>
    <w:p w14:paraId="43C7CA89" w14:textId="687D15EF"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lastRenderedPageBreak/>
        <w:t>AAPD RESPONSE</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A thorough review of this incident showed there were no policy violations by officers and the complainant wished to withdraw his complaint. Therefore, an internal Personnel Complaint was not generated, and this allegation is closed.</w:t>
      </w:r>
    </w:p>
    <w:p w14:paraId="62B1B31F" w14:textId="4328E67B"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IM ASSIGNED</w:t>
      </w:r>
      <w:r w:rsidRPr="002A40C5">
        <w:rPr>
          <w:rFonts w:asciiTheme="majorHAnsi" w:hAnsiTheme="majorHAnsi" w:cstheme="majorHAnsi"/>
          <w:sz w:val="26"/>
          <w:szCs w:val="26"/>
        </w:rPr>
        <w:t>:</w:t>
      </w:r>
      <w:r w:rsidR="002A40C5" w:rsidRPr="002A40C5">
        <w:rPr>
          <w:rFonts w:asciiTheme="majorHAnsi" w:hAnsiTheme="majorHAnsi" w:cstheme="majorHAnsi"/>
          <w:sz w:val="26"/>
          <w:szCs w:val="26"/>
        </w:rPr>
        <w:t xml:space="preserve"> </w:t>
      </w:r>
      <w:r w:rsidR="00F26E04">
        <w:rPr>
          <w:rFonts w:asciiTheme="majorHAnsi" w:hAnsiTheme="majorHAnsi" w:cstheme="majorHAnsi"/>
          <w:sz w:val="26"/>
          <w:szCs w:val="26"/>
        </w:rPr>
        <w:t>N/A</w:t>
      </w:r>
    </w:p>
    <w:p w14:paraId="5877010A" w14:textId="03E8D59A"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ICPOC REVIEW STATUS</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Complainant requested that his complain</w:t>
      </w:r>
      <w:r w:rsidR="006F3680" w:rsidRPr="002A40C5">
        <w:rPr>
          <w:rFonts w:asciiTheme="majorHAnsi" w:hAnsiTheme="majorHAnsi" w:cstheme="majorHAnsi"/>
          <w:sz w:val="26"/>
          <w:szCs w:val="26"/>
        </w:rPr>
        <w:t>t</w:t>
      </w:r>
      <w:r w:rsidRPr="002A40C5">
        <w:rPr>
          <w:rFonts w:asciiTheme="majorHAnsi" w:hAnsiTheme="majorHAnsi" w:cstheme="majorHAnsi"/>
          <w:sz w:val="26"/>
          <w:szCs w:val="26"/>
        </w:rPr>
        <w:t xml:space="preserve"> be closed 3/17/2025. Letter added to complaint folder.</w:t>
      </w:r>
    </w:p>
    <w:p w14:paraId="1FBB1D03" w14:textId="440B5BD1" w:rsidR="00100775" w:rsidRDefault="00000000">
      <w:r w:rsidRPr="002A40C5">
        <w:rPr>
          <w:rFonts w:asciiTheme="majorHAnsi" w:hAnsiTheme="majorHAnsi" w:cstheme="majorHAnsi"/>
          <w:b/>
          <w:bCs/>
          <w:sz w:val="26"/>
          <w:szCs w:val="26"/>
        </w:rPr>
        <w:t>ICPOC RECOMMENDATION</w:t>
      </w:r>
      <w:r w:rsidRPr="002A40C5">
        <w:rPr>
          <w:rFonts w:asciiTheme="majorHAnsi" w:hAnsiTheme="majorHAnsi" w:cstheme="majorHAnsi"/>
          <w:sz w:val="26"/>
          <w:szCs w:val="26"/>
        </w:rPr>
        <w:t>:</w:t>
      </w:r>
      <w:r w:rsidR="006F3680" w:rsidRPr="002A40C5">
        <w:rPr>
          <w:rFonts w:asciiTheme="majorHAnsi" w:hAnsiTheme="majorHAnsi" w:cstheme="majorHAnsi"/>
          <w:sz w:val="26"/>
          <w:szCs w:val="26"/>
        </w:rPr>
        <w:t xml:space="preserve"> </w:t>
      </w:r>
      <w:r w:rsidRPr="002A40C5">
        <w:rPr>
          <w:rFonts w:asciiTheme="majorHAnsi" w:hAnsiTheme="majorHAnsi" w:cstheme="majorHAnsi"/>
          <w:sz w:val="26"/>
          <w:szCs w:val="26"/>
        </w:rPr>
        <w:t>None</w:t>
      </w:r>
    </w:p>
    <w:p w14:paraId="7248EE02" w14:textId="282D2863" w:rsidR="00100775" w:rsidRPr="00B26D76" w:rsidRDefault="00000000">
      <w:r>
        <w:br w:type="page"/>
      </w:r>
      <w:r w:rsidRPr="002A40C5">
        <w:rPr>
          <w:rFonts w:asciiTheme="majorHAnsi" w:hAnsiTheme="majorHAnsi" w:cstheme="majorHAnsi"/>
          <w:b/>
          <w:bCs/>
          <w:sz w:val="26"/>
          <w:szCs w:val="26"/>
        </w:rPr>
        <w:lastRenderedPageBreak/>
        <w:t>YEAR</w:t>
      </w:r>
      <w:r w:rsidRPr="002A40C5">
        <w:rPr>
          <w:rFonts w:asciiTheme="majorHAnsi" w:hAnsiTheme="majorHAnsi" w:cstheme="majorHAnsi"/>
          <w:sz w:val="26"/>
          <w:szCs w:val="26"/>
        </w:rPr>
        <w:t>: 2025</w:t>
      </w:r>
    </w:p>
    <w:p w14:paraId="72DFBF41" w14:textId="77777777"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 #:</w:t>
      </w:r>
      <w:r w:rsidRPr="002A40C5">
        <w:rPr>
          <w:rFonts w:asciiTheme="majorHAnsi" w:hAnsiTheme="majorHAnsi" w:cstheme="majorHAnsi"/>
          <w:sz w:val="26"/>
          <w:szCs w:val="26"/>
        </w:rPr>
        <w:t xml:space="preserve"> IC 25-013</w:t>
      </w:r>
    </w:p>
    <w:p w14:paraId="0CB91CA0" w14:textId="77777777"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DATE</w:t>
      </w:r>
      <w:r w:rsidRPr="002A40C5">
        <w:rPr>
          <w:rFonts w:asciiTheme="majorHAnsi" w:hAnsiTheme="majorHAnsi" w:cstheme="majorHAnsi"/>
          <w:sz w:val="26"/>
          <w:szCs w:val="26"/>
        </w:rPr>
        <w:t>: 3/6/2025</w:t>
      </w:r>
    </w:p>
    <w:p w14:paraId="71F453F6" w14:textId="2E0F6B5D"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ALLEGATION</w:t>
      </w:r>
      <w:r w:rsidRPr="002A40C5">
        <w:rPr>
          <w:rFonts w:asciiTheme="majorHAnsi" w:hAnsiTheme="majorHAnsi" w:cstheme="majorHAnsi"/>
          <w:sz w:val="26"/>
          <w:szCs w:val="26"/>
        </w:rPr>
        <w:t>:</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I am writing to formally file a complaint regarding animal neglect that occurred while I was incarcerated for 22 days and subsequently left homeless due to court orders. During this time, my two cats, [Cat Names], were entrusted to three individuals chosen by my boyfriend, [Boyfriend</w:t>
      </w:r>
      <w:r w:rsidRPr="002A40C5">
        <w:rPr>
          <w:rFonts w:ascii="Calibri" w:hAnsi="Calibri" w:cs="Calibri"/>
          <w:sz w:val="26"/>
          <w:szCs w:val="26"/>
        </w:rPr>
        <w:t>’</w:t>
      </w:r>
      <w:r w:rsidRPr="002A40C5">
        <w:rPr>
          <w:rFonts w:asciiTheme="majorHAnsi" w:hAnsiTheme="majorHAnsi" w:cstheme="majorHAnsi"/>
          <w:sz w:val="26"/>
          <w:szCs w:val="26"/>
        </w:rPr>
        <w:t>s Name]. I have substantial reason to believe that these individuals neglected my pets, causing them harm and ultimately leading to their rehoming without my knowledge or consent.</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This situation has caused me significant distress, and I am requesting a formal investigation into the matter. Specifically, I want answers regarding:</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The conditions in which my cats were kept while under the care of these individuals.</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Whether their basic needs (food, water, medical care) were adequately met.</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The circumstances surrounding their rehoming and whether any legal violations occurred.</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I understand that law enforcement may already be involved in related matters, and I am seeking your assistance in ensuring accountability for those responsible for this neglect. Additionally, I request guidance on:</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The steps I can take to assist in this investigation.</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Whether any legal action can be pursued against those responsible.</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I expect a written response to this complaint within [reasonable timeframe, e.g., 14 days]. If I do not receive an adequate response, I will consider escalating my complaint to other authorities, legal representatives, or advocacy organizations.</w:t>
      </w:r>
    </w:p>
    <w:p w14:paraId="2A6963F1" w14:textId="4D9F2181"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DISPOSITION STATUS</w:t>
      </w:r>
      <w:r w:rsidRPr="002A40C5">
        <w:rPr>
          <w:rFonts w:asciiTheme="majorHAnsi" w:hAnsiTheme="majorHAnsi" w:cstheme="majorHAnsi"/>
          <w:sz w:val="26"/>
          <w:szCs w:val="26"/>
        </w:rPr>
        <w:t>:</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Closed</w:t>
      </w:r>
    </w:p>
    <w:p w14:paraId="3748B0CE" w14:textId="4B22513B"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AAPD RESPONSE</w:t>
      </w:r>
      <w:r w:rsidRPr="002A40C5">
        <w:rPr>
          <w:rFonts w:asciiTheme="majorHAnsi" w:hAnsiTheme="majorHAnsi" w:cstheme="majorHAnsi"/>
          <w:sz w:val="26"/>
          <w:szCs w:val="26"/>
        </w:rPr>
        <w:t>:</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 xml:space="preserve">To date the complainant has not made an animal neglect incident report with the AAPD. The AAPD will take a report and investigate it if/ </w:t>
      </w:r>
      <w:r w:rsidRPr="002A40C5">
        <w:rPr>
          <w:rFonts w:asciiTheme="majorHAnsi" w:hAnsiTheme="majorHAnsi" w:cstheme="majorHAnsi"/>
          <w:sz w:val="26"/>
          <w:szCs w:val="26"/>
        </w:rPr>
        <w:lastRenderedPageBreak/>
        <w:t>when the complainant makes one. There are no allegations of officer misconduct or policy violations related to this specific complaint, and the complainant wished to withdraw this allegation. Therefore, an internal Personnel Complaint was not generated and this allegation is closed.</w:t>
      </w:r>
    </w:p>
    <w:p w14:paraId="572FFF7A" w14:textId="1FB929AE"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IM ASSIGNED</w:t>
      </w:r>
      <w:r w:rsidRPr="002A40C5">
        <w:rPr>
          <w:rFonts w:asciiTheme="majorHAnsi" w:hAnsiTheme="majorHAnsi" w:cstheme="majorHAnsi"/>
          <w:sz w:val="26"/>
          <w:szCs w:val="26"/>
        </w:rPr>
        <w:t>:</w:t>
      </w:r>
      <w:r w:rsidR="002A40C5" w:rsidRPr="002A40C5">
        <w:rPr>
          <w:rFonts w:asciiTheme="majorHAnsi" w:hAnsiTheme="majorHAnsi" w:cstheme="majorHAnsi"/>
          <w:sz w:val="26"/>
          <w:szCs w:val="26"/>
        </w:rPr>
        <w:t xml:space="preserve"> </w:t>
      </w:r>
      <w:r w:rsidR="00D01178">
        <w:rPr>
          <w:rFonts w:asciiTheme="majorHAnsi" w:hAnsiTheme="majorHAnsi" w:cstheme="majorHAnsi"/>
          <w:sz w:val="26"/>
          <w:szCs w:val="26"/>
        </w:rPr>
        <w:t>N/A</w:t>
      </w:r>
    </w:p>
    <w:p w14:paraId="3D8817B7" w14:textId="63B01830"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ICPOC REVIEW STATUS:</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Complainant requested that his complain</w:t>
      </w:r>
      <w:r w:rsidR="002A40C5">
        <w:rPr>
          <w:rFonts w:asciiTheme="majorHAnsi" w:hAnsiTheme="majorHAnsi" w:cstheme="majorHAnsi"/>
          <w:sz w:val="26"/>
          <w:szCs w:val="26"/>
        </w:rPr>
        <w:t>t</w:t>
      </w:r>
      <w:r w:rsidRPr="002A40C5">
        <w:rPr>
          <w:rFonts w:asciiTheme="majorHAnsi" w:hAnsiTheme="majorHAnsi" w:cstheme="majorHAnsi"/>
          <w:sz w:val="26"/>
          <w:szCs w:val="26"/>
        </w:rPr>
        <w:t xml:space="preserve"> be closed 3/17/2025. Letter added to complaint folder.</w:t>
      </w:r>
    </w:p>
    <w:p w14:paraId="6658086C" w14:textId="540DF03C" w:rsidR="00100775" w:rsidRPr="002A40C5" w:rsidRDefault="00000000">
      <w:pPr>
        <w:rPr>
          <w:rFonts w:asciiTheme="majorHAnsi" w:hAnsiTheme="majorHAnsi" w:cstheme="majorHAnsi"/>
          <w:sz w:val="26"/>
          <w:szCs w:val="26"/>
        </w:rPr>
      </w:pPr>
      <w:r w:rsidRPr="002A40C5">
        <w:rPr>
          <w:rFonts w:asciiTheme="majorHAnsi" w:hAnsiTheme="majorHAnsi" w:cstheme="majorHAnsi"/>
          <w:b/>
          <w:bCs/>
          <w:sz w:val="26"/>
          <w:szCs w:val="26"/>
        </w:rPr>
        <w:t>ICPOC RECOMMENDATION:</w:t>
      </w:r>
      <w:r w:rsidR="002A40C5" w:rsidRPr="002A40C5">
        <w:rPr>
          <w:rFonts w:asciiTheme="majorHAnsi" w:hAnsiTheme="majorHAnsi" w:cstheme="majorHAnsi"/>
          <w:sz w:val="26"/>
          <w:szCs w:val="26"/>
        </w:rPr>
        <w:t xml:space="preserve"> </w:t>
      </w:r>
      <w:r w:rsidRPr="002A40C5">
        <w:rPr>
          <w:rFonts w:asciiTheme="majorHAnsi" w:hAnsiTheme="majorHAnsi" w:cstheme="majorHAnsi"/>
          <w:sz w:val="26"/>
          <w:szCs w:val="26"/>
        </w:rPr>
        <w:t>None</w:t>
      </w:r>
    </w:p>
    <w:p w14:paraId="638A5266" w14:textId="204209FB" w:rsidR="00100775" w:rsidRPr="00B66F3F" w:rsidRDefault="00000000">
      <w:pPr>
        <w:rPr>
          <w:rFonts w:asciiTheme="majorHAnsi" w:hAnsiTheme="majorHAnsi" w:cstheme="majorHAnsi"/>
          <w:sz w:val="26"/>
          <w:szCs w:val="26"/>
        </w:rPr>
      </w:pPr>
      <w:r w:rsidRPr="002A40C5">
        <w:rPr>
          <w:rFonts w:asciiTheme="majorHAnsi" w:hAnsiTheme="majorHAnsi" w:cstheme="majorHAnsi"/>
          <w:sz w:val="26"/>
          <w:szCs w:val="26"/>
        </w:rPr>
        <w:br w:type="page"/>
      </w:r>
      <w:r w:rsidRPr="00B26D76">
        <w:rPr>
          <w:rFonts w:asciiTheme="majorHAnsi" w:hAnsiTheme="majorHAnsi" w:cstheme="majorHAnsi"/>
          <w:b/>
          <w:bCs/>
          <w:sz w:val="26"/>
          <w:szCs w:val="26"/>
        </w:rPr>
        <w:lastRenderedPageBreak/>
        <w:t>YEAR</w:t>
      </w:r>
      <w:r w:rsidRPr="00B66F3F">
        <w:rPr>
          <w:rFonts w:asciiTheme="majorHAnsi" w:hAnsiTheme="majorHAnsi" w:cstheme="majorHAnsi"/>
          <w:sz w:val="26"/>
          <w:szCs w:val="26"/>
        </w:rPr>
        <w:t>: 2025</w:t>
      </w:r>
    </w:p>
    <w:p w14:paraId="4C87EE51"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 #:</w:t>
      </w:r>
      <w:r w:rsidRPr="00B66F3F">
        <w:rPr>
          <w:rFonts w:asciiTheme="majorHAnsi" w:hAnsiTheme="majorHAnsi" w:cstheme="majorHAnsi"/>
          <w:sz w:val="26"/>
          <w:szCs w:val="26"/>
        </w:rPr>
        <w:t xml:space="preserve"> IC 25-014</w:t>
      </w:r>
    </w:p>
    <w:p w14:paraId="15CE7C69"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DATE:</w:t>
      </w:r>
      <w:r w:rsidRPr="00B66F3F">
        <w:rPr>
          <w:rFonts w:asciiTheme="majorHAnsi" w:hAnsiTheme="majorHAnsi" w:cstheme="majorHAnsi"/>
          <w:sz w:val="26"/>
          <w:szCs w:val="26"/>
        </w:rPr>
        <w:t xml:space="preserve"> 3/18/2025</w:t>
      </w:r>
    </w:p>
    <w:p w14:paraId="4150B7ED" w14:textId="404AF0D3"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ALLEGATION</w:t>
      </w:r>
      <w:r w:rsidRPr="00B66F3F">
        <w:rPr>
          <w:rFonts w:asciiTheme="majorHAnsi" w:hAnsiTheme="majorHAnsi" w:cstheme="majorHAnsi"/>
          <w:sz w:val="26"/>
          <w:szCs w:val="26"/>
        </w:rPr>
        <w:t>:</w:t>
      </w:r>
      <w:r w:rsidR="002A40C5" w:rsidRPr="00B66F3F">
        <w:rPr>
          <w:rFonts w:asciiTheme="majorHAnsi" w:hAnsiTheme="majorHAnsi" w:cstheme="majorHAnsi"/>
          <w:sz w:val="26"/>
          <w:szCs w:val="26"/>
        </w:rPr>
        <w:t xml:space="preserve"> </w:t>
      </w:r>
      <w:r w:rsidRPr="00B66F3F">
        <w:rPr>
          <w:rFonts w:asciiTheme="majorHAnsi" w:hAnsiTheme="majorHAnsi" w:cstheme="majorHAnsi"/>
          <w:sz w:val="26"/>
          <w:szCs w:val="26"/>
        </w:rPr>
        <w:t>"I would like to file a report against Officer Pitt.</w:t>
      </w:r>
      <w:r w:rsidR="002A40C5"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Officer Pitt was at my home earlier today. </w:t>
      </w:r>
      <w:r w:rsidR="002A40C5" w:rsidRPr="00B66F3F">
        <w:rPr>
          <w:rFonts w:asciiTheme="majorHAnsi" w:hAnsiTheme="majorHAnsi" w:cstheme="majorHAnsi"/>
          <w:sz w:val="26"/>
          <w:szCs w:val="26"/>
        </w:rPr>
        <w:t xml:space="preserve"> </w:t>
      </w:r>
      <w:r w:rsidRPr="00B66F3F">
        <w:rPr>
          <w:rFonts w:asciiTheme="majorHAnsi" w:hAnsiTheme="majorHAnsi" w:cstheme="majorHAnsi"/>
          <w:sz w:val="26"/>
          <w:szCs w:val="26"/>
        </w:rPr>
        <w:t>I asked this person if institutionalized racism exists. He told me</w:t>
      </w:r>
      <w:r w:rsidR="002A40C5"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that he would not answer that. </w:t>
      </w:r>
      <w:r w:rsidR="00B26D76" w:rsidRPr="00B66F3F">
        <w:rPr>
          <w:rFonts w:asciiTheme="majorHAnsi" w:hAnsiTheme="majorHAnsi" w:cstheme="majorHAnsi"/>
          <w:sz w:val="26"/>
          <w:szCs w:val="26"/>
        </w:rPr>
        <w:t>Moreover,</w:t>
      </w:r>
      <w:r w:rsidRPr="00B66F3F">
        <w:rPr>
          <w:rFonts w:asciiTheme="majorHAnsi" w:hAnsiTheme="majorHAnsi" w:cstheme="majorHAnsi"/>
          <w:sz w:val="26"/>
          <w:szCs w:val="26"/>
        </w:rPr>
        <w:t xml:space="preserve"> he said that he would not get into that. I asked him later in the conversation if it would be possible for him to write down his badge number. </w:t>
      </w:r>
      <w:r w:rsidR="002A40C5"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He said that it would not be possible for him to do that. </w:t>
      </w:r>
      <w:r w:rsidR="002A40C5"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When I asked him if it was because I was a person of color he seemed to get upset and said that he was a person of color and then said, ""Oh so it does not count because I am not Black."" He seemed to mutter something under his breath. Then he turned around and decided to walk out of the door in the lobby area of the floor of the apartment. </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The other two officers followed. </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I then asked him again what his badge number was. And he said it </w:t>
      </w:r>
      <w:r w:rsidR="00B26D76" w:rsidRPr="00B66F3F">
        <w:rPr>
          <w:rFonts w:asciiTheme="majorHAnsi" w:hAnsiTheme="majorHAnsi" w:cstheme="majorHAnsi"/>
          <w:sz w:val="26"/>
          <w:szCs w:val="26"/>
        </w:rPr>
        <w:t xml:space="preserve">as </w:t>
      </w:r>
      <w:r w:rsidRPr="00B66F3F">
        <w:rPr>
          <w:rFonts w:asciiTheme="majorHAnsi" w:hAnsiTheme="majorHAnsi" w:cstheme="majorHAnsi"/>
          <w:sz w:val="26"/>
          <w:szCs w:val="26"/>
        </w:rPr>
        <w:t>he was walking away. I was barely able to make it out.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Lieutenant Tassin had a card on him, and a pen-why could not he just write Officer Pitt's badge number down. I have Officer Tassin's badge number-190. </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Or why could Officer Pitt not ask Officer Tassin to write down his badge number? Why did Officer Pitt not ask Officer Hoak to write down his badge number? </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Why did Officer Hoak/Tassin not speak up and decide to write down Officer Pitt's badge number? I had asked Officer Hoak for his number. Why could he have not written down his number? </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Maybe their numbers were 316 and possibly 129? I cannot tell which number belongs to who.</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Officer Pitt did not write down his badge number because he did not want to help me-that's why. I think he also revealed his truth regarding his views on Black people. "</w:t>
      </w:r>
    </w:p>
    <w:p w14:paraId="1167683C" w14:textId="65319F3F"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DISPOSITION STATUS:</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Closed</w:t>
      </w:r>
    </w:p>
    <w:p w14:paraId="44DB1CBB" w14:textId="79E99AFA"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lastRenderedPageBreak/>
        <w:t>AAPD RESPONSE</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After reviewing this incident there were no policy violations identified, and this allegation is closed.</w:t>
      </w:r>
    </w:p>
    <w:p w14:paraId="410C2586" w14:textId="10F4C83D"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IM ASSIGNED</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Mohammad Othman</w:t>
      </w:r>
    </w:p>
    <w:p w14:paraId="0092887B" w14:textId="6FBD830C"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REVIEW STATUS</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Completed 6/5/25</w:t>
      </w:r>
    </w:p>
    <w:p w14:paraId="2DB23AC4" w14:textId="040B3FF6"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RECOMMENDATION</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ICPOC-IM concurs with the AAPD findings </w:t>
      </w:r>
    </w:p>
    <w:p w14:paraId="3F2FCA1D" w14:textId="7A5BA09A" w:rsidR="00100775" w:rsidRPr="00B26D76" w:rsidRDefault="00000000">
      <w:r>
        <w:br w:type="page"/>
      </w:r>
      <w:r w:rsidRPr="00B26D76">
        <w:rPr>
          <w:rFonts w:asciiTheme="majorHAnsi" w:hAnsiTheme="majorHAnsi" w:cstheme="majorHAnsi"/>
          <w:b/>
          <w:bCs/>
          <w:sz w:val="26"/>
          <w:szCs w:val="26"/>
        </w:rPr>
        <w:lastRenderedPageBreak/>
        <w:t>YEAR</w:t>
      </w:r>
      <w:r w:rsidRPr="00B66F3F">
        <w:rPr>
          <w:rFonts w:asciiTheme="majorHAnsi" w:hAnsiTheme="majorHAnsi" w:cstheme="majorHAnsi"/>
          <w:sz w:val="26"/>
          <w:szCs w:val="26"/>
        </w:rPr>
        <w:t>: 2025</w:t>
      </w:r>
    </w:p>
    <w:p w14:paraId="27699EB7"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 #:</w:t>
      </w:r>
      <w:r w:rsidRPr="00B66F3F">
        <w:rPr>
          <w:rFonts w:asciiTheme="majorHAnsi" w:hAnsiTheme="majorHAnsi" w:cstheme="majorHAnsi"/>
          <w:sz w:val="26"/>
          <w:szCs w:val="26"/>
        </w:rPr>
        <w:t xml:space="preserve"> IC 25-015</w:t>
      </w:r>
    </w:p>
    <w:p w14:paraId="19FAA6B4"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DATE</w:t>
      </w:r>
      <w:r w:rsidRPr="00B66F3F">
        <w:rPr>
          <w:rFonts w:asciiTheme="majorHAnsi" w:hAnsiTheme="majorHAnsi" w:cstheme="majorHAnsi"/>
          <w:sz w:val="26"/>
          <w:szCs w:val="26"/>
        </w:rPr>
        <w:t>: 4/15/2025</w:t>
      </w:r>
    </w:p>
    <w:p w14:paraId="296B5D75" w14:textId="33A37165"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ALLEGATION</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I filed a complaint through IPOC around </w:t>
      </w:r>
      <w:r w:rsidR="00B26D76" w:rsidRPr="00B66F3F">
        <w:rPr>
          <w:rFonts w:asciiTheme="majorHAnsi" w:hAnsiTheme="majorHAnsi" w:cstheme="majorHAnsi"/>
          <w:sz w:val="26"/>
          <w:szCs w:val="26"/>
        </w:rPr>
        <w:t>May</w:t>
      </w:r>
      <w:r w:rsidRPr="00B66F3F">
        <w:rPr>
          <w:rFonts w:asciiTheme="majorHAnsi" w:hAnsiTheme="majorHAnsi" w:cstheme="majorHAnsi"/>
          <w:sz w:val="26"/>
          <w:szCs w:val="26"/>
        </w:rPr>
        <w:t xml:space="preserve"> 2024 about the on going parking violation of AAPD vehicles on Ann st. After 8 months of no reply i spoke out publicly on dec 3rd 2024 about the lack of a response. With in a week i recieved a letter stating my attempt to submit a complaint was denied by AAPD Profesional standards. I just recieved a response to over 10 additional complaints showing and proving there was an ongoing issue with AAPD vehicles parking in violation of policy. I am filing a complaint against the officer who denied my initial complaint. I hope by now you know i have read the AAPD </w:t>
      </w:r>
      <w:r w:rsidR="00B26D76" w:rsidRPr="00B66F3F">
        <w:rPr>
          <w:rFonts w:asciiTheme="majorHAnsi" w:hAnsiTheme="majorHAnsi" w:cstheme="majorHAnsi"/>
          <w:sz w:val="26"/>
          <w:szCs w:val="26"/>
        </w:rPr>
        <w:t>police</w:t>
      </w:r>
      <w:r w:rsidRPr="00B66F3F">
        <w:rPr>
          <w:rFonts w:asciiTheme="majorHAnsi" w:hAnsiTheme="majorHAnsi" w:cstheme="majorHAnsi"/>
          <w:sz w:val="26"/>
          <w:szCs w:val="26"/>
        </w:rPr>
        <w:t xml:space="preserve">. Please do not attempt to hide behind </w:t>
      </w:r>
      <w:r w:rsidR="00B26D76" w:rsidRPr="00B66F3F">
        <w:rPr>
          <w:rFonts w:asciiTheme="majorHAnsi" w:hAnsiTheme="majorHAnsi" w:cstheme="majorHAnsi"/>
          <w:sz w:val="26"/>
          <w:szCs w:val="26"/>
        </w:rPr>
        <w:t>ignorance,</w:t>
      </w:r>
      <w:r w:rsidRPr="00B66F3F">
        <w:rPr>
          <w:rFonts w:asciiTheme="majorHAnsi" w:hAnsiTheme="majorHAnsi" w:cstheme="majorHAnsi"/>
          <w:sz w:val="26"/>
          <w:szCs w:val="26"/>
        </w:rPr>
        <w:t xml:space="preserve"> which is  what happened to casued this complaint to be filed. You should also know the </w:t>
      </w:r>
      <w:r w:rsidR="00B26D76" w:rsidRPr="00B66F3F">
        <w:rPr>
          <w:rFonts w:asciiTheme="majorHAnsi" w:hAnsiTheme="majorHAnsi" w:cstheme="majorHAnsi"/>
          <w:sz w:val="26"/>
          <w:szCs w:val="26"/>
        </w:rPr>
        <w:t>police and I</w:t>
      </w:r>
      <w:r w:rsidRPr="00B66F3F">
        <w:rPr>
          <w:rFonts w:asciiTheme="majorHAnsi" w:hAnsiTheme="majorHAnsi" w:cstheme="majorHAnsi"/>
          <w:sz w:val="26"/>
          <w:szCs w:val="26"/>
        </w:rPr>
        <w:t xml:space="preserve"> hope public reading of them is not required for police to be held accountable to them.</w:t>
      </w:r>
    </w:p>
    <w:p w14:paraId="5C81F133" w14:textId="77777777" w:rsidR="00B66F3F"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DISPOSITION STATUS</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Closed</w:t>
      </w:r>
    </w:p>
    <w:p w14:paraId="30D630AC" w14:textId="7C517853"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 xml:space="preserve">AAPD </w:t>
      </w:r>
      <w:r w:rsidR="00B66F3F" w:rsidRPr="00B26D76">
        <w:rPr>
          <w:rFonts w:asciiTheme="majorHAnsi" w:hAnsiTheme="majorHAnsi" w:cstheme="majorHAnsi"/>
          <w:b/>
          <w:bCs/>
          <w:sz w:val="26"/>
          <w:szCs w:val="26"/>
        </w:rPr>
        <w:t>RESPONSE:</w:t>
      </w:r>
      <w:r w:rsidR="00B66F3F" w:rsidRPr="00B66F3F">
        <w:rPr>
          <w:rFonts w:asciiTheme="majorHAnsi" w:hAnsiTheme="majorHAnsi" w:cstheme="majorHAnsi"/>
          <w:sz w:val="26"/>
          <w:szCs w:val="26"/>
        </w:rPr>
        <w:t xml:space="preserve"> Department</w:t>
      </w:r>
      <w:r w:rsidRPr="00B66F3F">
        <w:rPr>
          <w:rFonts w:asciiTheme="majorHAnsi" w:hAnsiTheme="majorHAnsi" w:cstheme="majorHAnsi"/>
          <w:sz w:val="26"/>
          <w:szCs w:val="26"/>
        </w:rPr>
        <w:t xml:space="preserve"> policies were updated for clarification regarding the parking of patrol vehicles, not for reoccurring violations of the old policies. There are no policy violations, and this allegation is closed.</w:t>
      </w:r>
    </w:p>
    <w:p w14:paraId="79610127" w14:textId="60053AD9"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IM ASSIGNED</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Mohammad Othman</w:t>
      </w:r>
    </w:p>
    <w:p w14:paraId="68AABB15" w14:textId="3F2E7704"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REVIEW STATUS</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Completed 6/5/25</w:t>
      </w:r>
    </w:p>
    <w:p w14:paraId="1142C7FB" w14:textId="1D66A752"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RECOMMENDATION</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ICPOC-IM concurs with the AAPD findings </w:t>
      </w:r>
    </w:p>
    <w:p w14:paraId="49FEA819" w14:textId="77777777" w:rsidR="00100775" w:rsidRDefault="00000000">
      <w:r>
        <w:br w:type="page"/>
      </w:r>
    </w:p>
    <w:p w14:paraId="5968336A"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lastRenderedPageBreak/>
        <w:t>YEAR</w:t>
      </w:r>
      <w:r w:rsidRPr="00B66F3F">
        <w:rPr>
          <w:rFonts w:asciiTheme="majorHAnsi" w:hAnsiTheme="majorHAnsi" w:cstheme="majorHAnsi"/>
          <w:sz w:val="26"/>
          <w:szCs w:val="26"/>
        </w:rPr>
        <w:t>: 2025</w:t>
      </w:r>
    </w:p>
    <w:p w14:paraId="0D894F90"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 #:</w:t>
      </w:r>
      <w:r w:rsidRPr="00B66F3F">
        <w:rPr>
          <w:rFonts w:asciiTheme="majorHAnsi" w:hAnsiTheme="majorHAnsi" w:cstheme="majorHAnsi"/>
          <w:sz w:val="26"/>
          <w:szCs w:val="26"/>
        </w:rPr>
        <w:t xml:space="preserve"> IC 25-016</w:t>
      </w:r>
    </w:p>
    <w:p w14:paraId="67BE09EC"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DATE</w:t>
      </w:r>
      <w:r w:rsidRPr="00B66F3F">
        <w:rPr>
          <w:rFonts w:asciiTheme="majorHAnsi" w:hAnsiTheme="majorHAnsi" w:cstheme="majorHAnsi"/>
          <w:sz w:val="26"/>
          <w:szCs w:val="26"/>
        </w:rPr>
        <w:t>: 5/20/2025</w:t>
      </w:r>
    </w:p>
    <w:p w14:paraId="1E6B2564" w14:textId="32E778B6"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ALLEGATION</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ICPOC needs to look into the continuous lying of Officer Long since the department, specifically the Chief, refuses to hold her accountable. This officer has been caught lying on several occasions which include falsifying her time records, lying in PC interviews</w:t>
      </w:r>
      <w:r w:rsidRPr="00B66F3F">
        <w:rPr>
          <w:rFonts w:ascii="Calibri" w:hAnsi="Calibri" w:cs="Calibri"/>
          <w:sz w:val="26"/>
          <w:szCs w:val="26"/>
        </w:rPr>
        <w:t>…</w:t>
      </w:r>
      <w:r w:rsidRPr="00B66F3F">
        <w:rPr>
          <w:rFonts w:asciiTheme="majorHAnsi" w:hAnsiTheme="majorHAnsi" w:cstheme="majorHAnsi"/>
          <w:sz w:val="26"/>
          <w:szCs w:val="26"/>
        </w:rPr>
        <w:t xml:space="preserve"> among other things. Officers are upset that the once infamous saying of if you lie, say bye-bye is no longer a true statement. AAPD has always been known for their high level of integrity and allowing an officer to repeatedly LIE with no true repercussions is unacceptable.</w:t>
      </w:r>
    </w:p>
    <w:p w14:paraId="2B7F4FA7" w14:textId="366CDF53"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DISPOSITION STATUS</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Closed</w:t>
      </w:r>
    </w:p>
    <w:p w14:paraId="29AEC364" w14:textId="6A3E80D6"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AAPD RESPONSE</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Any internal investigations Ofc. Long has been involved with have been thoroughly investigated by Professional Standards and reviewed by the Office of the Chief for final dispositions and/ or discipline. There are no policy violations, and this allegation is closed.</w:t>
      </w:r>
    </w:p>
    <w:p w14:paraId="5119D3B3" w14:textId="3783E6CC"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IM ASSIGNED</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Mohammad Othman</w:t>
      </w:r>
    </w:p>
    <w:p w14:paraId="09A880BE" w14:textId="7D9E2C4A"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REVIEW STATUS:</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Completed 6/30/25</w:t>
      </w:r>
    </w:p>
    <w:p w14:paraId="12D68BC0" w14:textId="42993CB9"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RECOMMENDATION</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ICPOC-IM concurs with the AAPD findings </w:t>
      </w:r>
    </w:p>
    <w:p w14:paraId="4BBC057D" w14:textId="77777777" w:rsidR="00100775" w:rsidRDefault="00000000">
      <w:r>
        <w:br w:type="page"/>
      </w:r>
    </w:p>
    <w:p w14:paraId="26A27B10"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lastRenderedPageBreak/>
        <w:t>YEAR</w:t>
      </w:r>
      <w:r w:rsidRPr="00B66F3F">
        <w:rPr>
          <w:rFonts w:asciiTheme="majorHAnsi" w:hAnsiTheme="majorHAnsi" w:cstheme="majorHAnsi"/>
          <w:sz w:val="26"/>
          <w:szCs w:val="26"/>
        </w:rPr>
        <w:t>: 2025</w:t>
      </w:r>
    </w:p>
    <w:p w14:paraId="4257D89F"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 #:</w:t>
      </w:r>
      <w:r w:rsidRPr="00B66F3F">
        <w:rPr>
          <w:rFonts w:asciiTheme="majorHAnsi" w:hAnsiTheme="majorHAnsi" w:cstheme="majorHAnsi"/>
          <w:sz w:val="26"/>
          <w:szCs w:val="26"/>
        </w:rPr>
        <w:t xml:space="preserve"> IC 25-017</w:t>
      </w:r>
    </w:p>
    <w:p w14:paraId="3F1E345D" w14:textId="77777777"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DATE:</w:t>
      </w:r>
      <w:r w:rsidRPr="00B66F3F">
        <w:rPr>
          <w:rFonts w:asciiTheme="majorHAnsi" w:hAnsiTheme="majorHAnsi" w:cstheme="majorHAnsi"/>
          <w:sz w:val="26"/>
          <w:szCs w:val="26"/>
        </w:rPr>
        <w:t xml:space="preserve"> 6/3/2025</w:t>
      </w:r>
    </w:p>
    <w:p w14:paraId="12584140" w14:textId="7B93D70B"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ALLEGATION</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On or around [insert date or time period], I was approached by officers from [insert police department name, if known]. During this encounter: </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I was treated with hostility and excessive force despite not posing a threat. </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Officers failed to de-escalate the situation, and their behavior was aggressive and traumatizing. I was not informed of my rights, and no attempt was made to ensure my mental or physical safety. This was not an isolated event. I have had multiple experiences with this department where I was harassed, targeted, or treated unfairly due to my homelessness, medical condition, or appearance I respectfully request: A full investigation into my case and the conduct of the officers, correctional officers, and hospital staff involved. The release of any internal or public records of complaints filed against these departments. Financial restitution for the loss of my property and any harm caused by medical or emotional neglect. Oversight reform to prevent others from enduring what I went through. </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I am speaking up because what happened to me should never happen to anyone. I deserve justice</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and I am not alone.</w:t>
      </w:r>
    </w:p>
    <w:p w14:paraId="5317B31E" w14:textId="32D687E5" w:rsidR="00100775" w:rsidRPr="00B26D76" w:rsidRDefault="00000000">
      <w:pPr>
        <w:rPr>
          <w:rFonts w:asciiTheme="majorHAnsi" w:hAnsiTheme="majorHAnsi" w:cstheme="majorHAnsi"/>
          <w:b/>
          <w:bCs/>
          <w:sz w:val="26"/>
          <w:szCs w:val="26"/>
        </w:rPr>
      </w:pPr>
      <w:r w:rsidRPr="00B26D76">
        <w:rPr>
          <w:rFonts w:asciiTheme="majorHAnsi" w:hAnsiTheme="majorHAnsi" w:cstheme="majorHAnsi"/>
          <w:b/>
          <w:bCs/>
          <w:sz w:val="26"/>
          <w:szCs w:val="26"/>
        </w:rPr>
        <w:t>DISPOSITION STATUS:</w:t>
      </w:r>
      <w:r w:rsidR="00B66F3F" w:rsidRPr="00B26D76">
        <w:rPr>
          <w:rFonts w:asciiTheme="majorHAnsi" w:hAnsiTheme="majorHAnsi" w:cstheme="majorHAnsi"/>
          <w:b/>
          <w:bCs/>
          <w:sz w:val="26"/>
          <w:szCs w:val="26"/>
        </w:rPr>
        <w:t xml:space="preserve"> </w:t>
      </w:r>
      <w:r w:rsidRPr="00B26D76">
        <w:rPr>
          <w:rFonts w:asciiTheme="majorHAnsi" w:hAnsiTheme="majorHAnsi" w:cstheme="majorHAnsi"/>
          <w:b/>
          <w:bCs/>
          <w:sz w:val="26"/>
          <w:szCs w:val="26"/>
        </w:rPr>
        <w:t>Closed</w:t>
      </w:r>
    </w:p>
    <w:p w14:paraId="4C4BB2B6" w14:textId="5BF0A3E3"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AAPD RESPONSE</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While Mr. Hansen does not list the police department associated with his complaint, AAPD Professional Standards previously investigated complaints by Mr. Hansen, which were later rescinded, related to his arrest on 04/25/2024. Those complaints, PR24-019, CC24-027, IC25-012 and IC25-013, were thoroughly investigated and uploaded to the ICPOC portal. A thorough review of those incidents showed there were no policy violations by </w:t>
      </w:r>
      <w:r w:rsidRPr="00B66F3F">
        <w:rPr>
          <w:rFonts w:asciiTheme="majorHAnsi" w:hAnsiTheme="majorHAnsi" w:cstheme="majorHAnsi"/>
          <w:sz w:val="26"/>
          <w:szCs w:val="26"/>
        </w:rPr>
        <w:lastRenderedPageBreak/>
        <w:t>officers involved.</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The Ann Arbor Police Department cannot address issues Mr. Hansen may have had while at the Washtenaw County Jail or at the hospital.</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A review of Mr. </w:t>
      </w:r>
      <w:r w:rsidR="00B26D76" w:rsidRPr="00B66F3F">
        <w:rPr>
          <w:rFonts w:asciiTheme="majorHAnsi" w:hAnsiTheme="majorHAnsi" w:cstheme="majorHAnsi"/>
          <w:sz w:val="26"/>
          <w:szCs w:val="26"/>
        </w:rPr>
        <w:t>Hansens’</w:t>
      </w:r>
      <w:r w:rsidRPr="00B66F3F">
        <w:rPr>
          <w:rFonts w:asciiTheme="majorHAnsi" w:hAnsiTheme="majorHAnsi" w:cstheme="majorHAnsi"/>
          <w:sz w:val="26"/>
          <w:szCs w:val="26"/>
        </w:rPr>
        <w:t xml:space="preserve"> numerous emails indicates he may be experiencing mental health and/ or substance abuse issues. AAPD Professional Standards has forwarded this information to our Community Engagement Unit to facilitate outreach with Community Mental Health (CMH), to provide Mr. Hansen with additional or more appropriate services outside the police department.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There are no policy violations, and this allegation is closed.</w:t>
      </w:r>
    </w:p>
    <w:p w14:paraId="07C13074" w14:textId="225B7E38"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IM ASSIGNED</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Mohammad Othman</w:t>
      </w:r>
    </w:p>
    <w:p w14:paraId="71A56335" w14:textId="1DDEB326"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REVIEW STATUS</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Completed 6/30/25</w:t>
      </w:r>
    </w:p>
    <w:p w14:paraId="3ECAE9C1" w14:textId="1A01B296" w:rsidR="00100775" w:rsidRPr="00B66F3F"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RECOMMENDATION</w:t>
      </w:r>
      <w:r w:rsidRPr="00B66F3F">
        <w:rPr>
          <w:rFonts w:asciiTheme="majorHAnsi" w:hAnsiTheme="majorHAnsi" w:cstheme="majorHAnsi"/>
          <w:sz w:val="26"/>
          <w:szCs w:val="26"/>
        </w:rPr>
        <w:t>:</w:t>
      </w:r>
      <w:r w:rsidR="00B66F3F" w:rsidRPr="00B66F3F">
        <w:rPr>
          <w:rFonts w:asciiTheme="majorHAnsi" w:hAnsiTheme="majorHAnsi" w:cstheme="majorHAnsi"/>
          <w:sz w:val="26"/>
          <w:szCs w:val="26"/>
        </w:rPr>
        <w:t xml:space="preserve"> </w:t>
      </w:r>
      <w:r w:rsidRPr="00B66F3F">
        <w:rPr>
          <w:rFonts w:asciiTheme="majorHAnsi" w:hAnsiTheme="majorHAnsi" w:cstheme="majorHAnsi"/>
          <w:sz w:val="26"/>
          <w:szCs w:val="26"/>
        </w:rPr>
        <w:t xml:space="preserve">ICPOC-IM concurs with the AAPD findings </w:t>
      </w:r>
    </w:p>
    <w:p w14:paraId="09765407" w14:textId="77777777" w:rsidR="00100775" w:rsidRDefault="00000000">
      <w:r>
        <w:br w:type="page"/>
      </w:r>
    </w:p>
    <w:p w14:paraId="70A617E8" w14:textId="77777777"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lastRenderedPageBreak/>
        <w:t>YEAR</w:t>
      </w:r>
      <w:r w:rsidRPr="002829A6">
        <w:rPr>
          <w:rFonts w:asciiTheme="majorHAnsi" w:hAnsiTheme="majorHAnsi" w:cstheme="majorHAnsi"/>
          <w:sz w:val="26"/>
          <w:szCs w:val="26"/>
        </w:rPr>
        <w:t>: 2025</w:t>
      </w:r>
    </w:p>
    <w:p w14:paraId="2EF01452" w14:textId="77777777"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IC #:</w:t>
      </w:r>
      <w:r w:rsidRPr="002829A6">
        <w:rPr>
          <w:rFonts w:asciiTheme="majorHAnsi" w:hAnsiTheme="majorHAnsi" w:cstheme="majorHAnsi"/>
          <w:sz w:val="26"/>
          <w:szCs w:val="26"/>
        </w:rPr>
        <w:t xml:space="preserve"> IC 25-018</w:t>
      </w:r>
    </w:p>
    <w:p w14:paraId="4B485D23" w14:textId="77777777"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DATE</w:t>
      </w:r>
      <w:r w:rsidRPr="002829A6">
        <w:rPr>
          <w:rFonts w:asciiTheme="majorHAnsi" w:hAnsiTheme="majorHAnsi" w:cstheme="majorHAnsi"/>
          <w:sz w:val="26"/>
          <w:szCs w:val="26"/>
        </w:rPr>
        <w:t>: 6/18/2025</w:t>
      </w:r>
    </w:p>
    <w:p w14:paraId="0DCCDE98" w14:textId="4EF677B8"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ALLEGATION</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I am writing to file a formal complaint regarding an accident I was involved in on May 21, 2025, at the intersection of Washtenaw Avenue and Platt Road in Ann Arbor, Michigan..I was stopped at the red traffic light and had just begun driving when the light turned green. About 5 seconds later, my car was rear-ended by another vehicle with significant force. The damage to my vehicle was substantial. According to my auto repair shop, after they open the car, they found h to e damage was extensive and required three weeks of repairs.</w:t>
      </w:r>
    </w:p>
    <w:p w14:paraId="74CCE87A" w14:textId="3AEB8BD4"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DISPOSITION STATUS</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Closed</w:t>
      </w:r>
    </w:p>
    <w:p w14:paraId="2D63E17F" w14:textId="75FBFC86"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AAPD RESPONSE</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Lt. Petterle called and spoke with Ms. Li and explained the officer</w:t>
      </w:r>
      <w:r w:rsidRPr="002829A6">
        <w:rPr>
          <w:rFonts w:ascii="Calibri" w:hAnsi="Calibri" w:cs="Calibri"/>
          <w:sz w:val="26"/>
          <w:szCs w:val="26"/>
        </w:rPr>
        <w:t>’</w:t>
      </w:r>
      <w:r w:rsidRPr="002829A6">
        <w:rPr>
          <w:rFonts w:asciiTheme="majorHAnsi" w:hAnsiTheme="majorHAnsi" w:cstheme="majorHAnsi"/>
          <w:sz w:val="26"/>
          <w:szCs w:val="26"/>
        </w:rPr>
        <w:t xml:space="preserve">s actions on this call. Officers have discretion as it relates to issuing a citation or not. Ofc. Long chose not to issue a citation to the </w:t>
      </w:r>
      <w:r w:rsidRPr="002829A6">
        <w:rPr>
          <w:rFonts w:ascii="Calibri" w:hAnsi="Calibri" w:cs="Calibri"/>
          <w:sz w:val="26"/>
          <w:szCs w:val="26"/>
        </w:rPr>
        <w:t>“</w:t>
      </w:r>
      <w:r w:rsidRPr="002829A6">
        <w:rPr>
          <w:rFonts w:asciiTheme="majorHAnsi" w:hAnsiTheme="majorHAnsi" w:cstheme="majorHAnsi"/>
          <w:sz w:val="26"/>
          <w:szCs w:val="26"/>
        </w:rPr>
        <w:t>at-fault</w:t>
      </w:r>
      <w:r w:rsidRPr="002829A6">
        <w:rPr>
          <w:rFonts w:ascii="Calibri" w:hAnsi="Calibri" w:cs="Calibri"/>
          <w:sz w:val="26"/>
          <w:szCs w:val="26"/>
        </w:rPr>
        <w:t>”</w:t>
      </w:r>
      <w:r w:rsidRPr="002829A6">
        <w:rPr>
          <w:rFonts w:asciiTheme="majorHAnsi" w:hAnsiTheme="majorHAnsi" w:cstheme="majorHAnsi"/>
          <w:sz w:val="26"/>
          <w:szCs w:val="26"/>
        </w:rPr>
        <w:t xml:space="preserve"> driver involved but still marked that driver </w:t>
      </w:r>
      <w:r w:rsidRPr="002829A6">
        <w:rPr>
          <w:rFonts w:ascii="Calibri" w:hAnsi="Calibri" w:cs="Calibri"/>
          <w:sz w:val="26"/>
          <w:szCs w:val="26"/>
        </w:rPr>
        <w:t>“</w:t>
      </w:r>
      <w:r w:rsidRPr="002829A6">
        <w:rPr>
          <w:rFonts w:asciiTheme="majorHAnsi" w:hAnsiTheme="majorHAnsi" w:cstheme="majorHAnsi"/>
          <w:sz w:val="26"/>
          <w:szCs w:val="26"/>
        </w:rPr>
        <w:t>at-fault</w:t>
      </w:r>
      <w:r w:rsidRPr="002829A6">
        <w:rPr>
          <w:rFonts w:ascii="Calibri" w:hAnsi="Calibri" w:cs="Calibri"/>
          <w:sz w:val="26"/>
          <w:szCs w:val="26"/>
        </w:rPr>
        <w:t>”</w:t>
      </w:r>
      <w:r w:rsidRPr="002829A6">
        <w:rPr>
          <w:rFonts w:asciiTheme="majorHAnsi" w:hAnsiTheme="majorHAnsi" w:cstheme="majorHAnsi"/>
          <w:sz w:val="26"/>
          <w:szCs w:val="26"/>
        </w:rPr>
        <w:t xml:space="preserve"> in the state reportable crash report. Lt. Petterle explained how Michigan is a </w:t>
      </w:r>
      <w:r w:rsidRPr="002829A6">
        <w:rPr>
          <w:rFonts w:ascii="Calibri" w:hAnsi="Calibri" w:cs="Calibri"/>
          <w:sz w:val="26"/>
          <w:szCs w:val="26"/>
        </w:rPr>
        <w:t>“</w:t>
      </w:r>
      <w:r w:rsidRPr="002829A6">
        <w:rPr>
          <w:rFonts w:asciiTheme="majorHAnsi" w:hAnsiTheme="majorHAnsi" w:cstheme="majorHAnsi"/>
          <w:sz w:val="26"/>
          <w:szCs w:val="26"/>
        </w:rPr>
        <w:t>no-fault</w:t>
      </w:r>
      <w:r w:rsidRPr="002829A6">
        <w:rPr>
          <w:rFonts w:ascii="Calibri" w:hAnsi="Calibri" w:cs="Calibri"/>
          <w:sz w:val="26"/>
          <w:szCs w:val="26"/>
        </w:rPr>
        <w:t>”</w:t>
      </w:r>
      <w:r w:rsidRPr="002829A6">
        <w:rPr>
          <w:rFonts w:asciiTheme="majorHAnsi" w:hAnsiTheme="majorHAnsi" w:cstheme="majorHAnsi"/>
          <w:sz w:val="26"/>
          <w:szCs w:val="26"/>
        </w:rPr>
        <w:t xml:space="preserve"> State (as it relates to insurance), and that Ofc. Long found the other driver responsible for the crash regardless of whether a ticket was issued or not. Ms. Li was also informed that Ofc. Long used her discretion not to write her a ticket as well, as Ms. Li did not have her driver</w:t>
      </w:r>
      <w:r w:rsidRPr="002829A6">
        <w:rPr>
          <w:rFonts w:ascii="Calibri" w:hAnsi="Calibri" w:cs="Calibri"/>
          <w:sz w:val="26"/>
          <w:szCs w:val="26"/>
        </w:rPr>
        <w:t>’</w:t>
      </w:r>
      <w:r w:rsidRPr="002829A6">
        <w:rPr>
          <w:rFonts w:asciiTheme="majorHAnsi" w:hAnsiTheme="majorHAnsi" w:cstheme="majorHAnsi"/>
          <w:sz w:val="26"/>
          <w:szCs w:val="26"/>
        </w:rPr>
        <w:t>s license or proof of insurance in her possession at the time of the crash. Ms. Li stated she understood but still believed everyone, including herself, should have received a ticket. There are no policy violations, and this allegation is closed.</w:t>
      </w:r>
    </w:p>
    <w:p w14:paraId="6DBED0A2" w14:textId="0C526F68"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IM ASSIGNED</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Mohammad Othman</w:t>
      </w:r>
    </w:p>
    <w:p w14:paraId="36CAB0C5" w14:textId="030FE86F"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lastRenderedPageBreak/>
        <w:t>ICPOC REVIEW STATUS</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Completed 7/13/25</w:t>
      </w:r>
    </w:p>
    <w:p w14:paraId="3BBAC572" w14:textId="0D72F06F"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RECOMMENDATION</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 xml:space="preserve">ICPOC-IM concurs with the AAPD findings </w:t>
      </w:r>
    </w:p>
    <w:p w14:paraId="073584D4" w14:textId="77777777" w:rsidR="00100775" w:rsidRDefault="00000000">
      <w:r>
        <w:br w:type="page"/>
      </w:r>
    </w:p>
    <w:p w14:paraId="3ACC783D" w14:textId="77777777"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lastRenderedPageBreak/>
        <w:t>YEAR</w:t>
      </w:r>
      <w:r w:rsidRPr="002829A6">
        <w:rPr>
          <w:rFonts w:asciiTheme="majorHAnsi" w:hAnsiTheme="majorHAnsi" w:cstheme="majorHAnsi"/>
          <w:sz w:val="26"/>
          <w:szCs w:val="26"/>
        </w:rPr>
        <w:t>: 2025</w:t>
      </w:r>
    </w:p>
    <w:p w14:paraId="512DA13D" w14:textId="77777777"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IC #:</w:t>
      </w:r>
      <w:r w:rsidRPr="002829A6">
        <w:rPr>
          <w:rFonts w:asciiTheme="majorHAnsi" w:hAnsiTheme="majorHAnsi" w:cstheme="majorHAnsi"/>
          <w:sz w:val="26"/>
          <w:szCs w:val="26"/>
        </w:rPr>
        <w:t xml:space="preserve"> IC 25-019</w:t>
      </w:r>
    </w:p>
    <w:p w14:paraId="5E8F7C45" w14:textId="77777777"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DATE</w:t>
      </w:r>
      <w:r w:rsidRPr="002829A6">
        <w:rPr>
          <w:rFonts w:asciiTheme="majorHAnsi" w:hAnsiTheme="majorHAnsi" w:cstheme="majorHAnsi"/>
          <w:sz w:val="26"/>
          <w:szCs w:val="26"/>
        </w:rPr>
        <w:t>: 6/18/2025</w:t>
      </w:r>
    </w:p>
    <w:p w14:paraId="19F82805" w14:textId="4AE49F11"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ALLEGATION</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 xml:space="preserve">I tried to explain my situation with this female. She was dismissive of my case and had a condescending attitude toward me and the situation. When I tried to explain my work history in this field she immediately replied with I been doing this a long time too. Vs just listening. It was like a competition on who knows the situation. She </w:t>
      </w:r>
      <w:r w:rsidR="00B26D76" w:rsidRPr="002829A6">
        <w:rPr>
          <w:rFonts w:asciiTheme="majorHAnsi" w:hAnsiTheme="majorHAnsi" w:cstheme="majorHAnsi"/>
          <w:sz w:val="26"/>
          <w:szCs w:val="26"/>
        </w:rPr>
        <w:t>couldn’t</w:t>
      </w:r>
      <w:r w:rsidRPr="002829A6">
        <w:rPr>
          <w:rFonts w:asciiTheme="majorHAnsi" w:hAnsiTheme="majorHAnsi" w:cstheme="majorHAnsi"/>
          <w:sz w:val="26"/>
          <w:szCs w:val="26"/>
        </w:rPr>
        <w:t xml:space="preserve"> or </w:t>
      </w:r>
      <w:r w:rsidR="00B26D76" w:rsidRPr="002829A6">
        <w:rPr>
          <w:rFonts w:asciiTheme="majorHAnsi" w:hAnsiTheme="majorHAnsi" w:cstheme="majorHAnsi"/>
          <w:sz w:val="26"/>
          <w:szCs w:val="26"/>
        </w:rPr>
        <w:t>wouldn’t</w:t>
      </w:r>
      <w:r w:rsidRPr="002829A6">
        <w:rPr>
          <w:rFonts w:asciiTheme="majorHAnsi" w:hAnsiTheme="majorHAnsi" w:cstheme="majorHAnsi"/>
          <w:sz w:val="26"/>
          <w:szCs w:val="26"/>
        </w:rPr>
        <w:t xml:space="preserve"> pull up the photos I sent picturing the parking area to get a full view of the situation. This </w:t>
      </w:r>
      <w:r w:rsidR="00B26D76" w:rsidRPr="002829A6">
        <w:rPr>
          <w:rFonts w:asciiTheme="majorHAnsi" w:hAnsiTheme="majorHAnsi" w:cstheme="majorHAnsi"/>
          <w:sz w:val="26"/>
          <w:szCs w:val="26"/>
        </w:rPr>
        <w:t>kind of</w:t>
      </w:r>
      <w:r w:rsidRPr="002829A6">
        <w:rPr>
          <w:rFonts w:asciiTheme="majorHAnsi" w:hAnsiTheme="majorHAnsi" w:cstheme="majorHAnsi"/>
          <w:sz w:val="26"/>
          <w:szCs w:val="26"/>
        </w:rPr>
        <w:t xml:space="preserve"> attitude </w:t>
      </w:r>
      <w:r w:rsidR="00B26D76" w:rsidRPr="002829A6">
        <w:rPr>
          <w:rFonts w:asciiTheme="majorHAnsi" w:hAnsiTheme="majorHAnsi" w:cstheme="majorHAnsi"/>
          <w:sz w:val="26"/>
          <w:szCs w:val="26"/>
        </w:rPr>
        <w:t>isn</w:t>
      </w:r>
      <w:r w:rsidR="00B26D76" w:rsidRPr="002829A6">
        <w:rPr>
          <w:rFonts w:ascii="Calibri" w:hAnsi="Calibri" w:cs="Calibri"/>
          <w:sz w:val="26"/>
          <w:szCs w:val="26"/>
        </w:rPr>
        <w:t>’</w:t>
      </w:r>
      <w:r w:rsidR="00B26D76" w:rsidRPr="002829A6">
        <w:rPr>
          <w:rFonts w:asciiTheme="majorHAnsi" w:hAnsiTheme="majorHAnsi" w:cstheme="majorHAnsi"/>
          <w:sz w:val="26"/>
          <w:szCs w:val="26"/>
        </w:rPr>
        <w:t>t</w:t>
      </w:r>
      <w:r w:rsidRPr="002829A6">
        <w:rPr>
          <w:rFonts w:asciiTheme="majorHAnsi" w:hAnsiTheme="majorHAnsi" w:cstheme="majorHAnsi"/>
          <w:sz w:val="26"/>
          <w:szCs w:val="26"/>
        </w:rPr>
        <w:t xml:space="preserve"> productive and </w:t>
      </w:r>
      <w:r w:rsidR="00B26D76" w:rsidRPr="002829A6">
        <w:rPr>
          <w:rFonts w:asciiTheme="majorHAnsi" w:hAnsiTheme="majorHAnsi" w:cstheme="majorHAnsi"/>
          <w:sz w:val="26"/>
          <w:szCs w:val="26"/>
        </w:rPr>
        <w:t>shouldn’t</w:t>
      </w:r>
      <w:r w:rsidRPr="002829A6">
        <w:rPr>
          <w:rFonts w:asciiTheme="majorHAnsi" w:hAnsiTheme="majorHAnsi" w:cstheme="majorHAnsi"/>
          <w:sz w:val="26"/>
          <w:szCs w:val="26"/>
        </w:rPr>
        <w:t xml:space="preserve"> be the image of Ann Arbor PD. If it is, please let me know.</w:t>
      </w:r>
    </w:p>
    <w:p w14:paraId="5EA306F8" w14:textId="06D24314"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DISPOSITION STATUS</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Closed</w:t>
      </w:r>
    </w:p>
    <w:p w14:paraId="0F26CDE0" w14:textId="77D3951A"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AAPD RESPONSE</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Office Manager Cummings sent the following information:  ICPOC has received your complaint. It appears that a civilian CSO (Community Standards Officer) filed the parking violation. The violation was not written by an Ann Arbor Police Office.</w:t>
      </w:r>
      <w:r w:rsidR="00B66F3F" w:rsidRPr="002829A6">
        <w:rPr>
          <w:rFonts w:asciiTheme="majorHAnsi" w:hAnsiTheme="majorHAnsi" w:cstheme="majorHAnsi"/>
          <w:sz w:val="26"/>
          <w:szCs w:val="26"/>
        </w:rPr>
        <w:t xml:space="preserve"> </w:t>
      </w:r>
      <w:r w:rsidRPr="002829A6">
        <w:rPr>
          <w:rFonts w:asciiTheme="majorHAnsi" w:hAnsiTheme="majorHAnsi" w:cstheme="majorHAnsi"/>
          <w:sz w:val="26"/>
          <w:szCs w:val="26"/>
        </w:rPr>
        <w:t>There is a process that can be followed to appeal a ticket, the information can be found by following this link Appeal a Parking Citation. If you have any further questions, you can contact the civilian supervisor over Community Standards Chain Dixon CDixon@a2gov.org</w:t>
      </w:r>
    </w:p>
    <w:p w14:paraId="5EB4C019" w14:textId="526380DA"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IM ASSIGNED</w:t>
      </w:r>
      <w:r w:rsidRPr="002829A6">
        <w:rPr>
          <w:rFonts w:asciiTheme="majorHAnsi" w:hAnsiTheme="majorHAnsi" w:cstheme="majorHAnsi"/>
          <w:sz w:val="26"/>
          <w:szCs w:val="26"/>
        </w:rPr>
        <w:t>:</w:t>
      </w:r>
      <w:r w:rsidR="00B66F3F" w:rsidRPr="002829A6">
        <w:rPr>
          <w:rFonts w:asciiTheme="majorHAnsi" w:hAnsiTheme="majorHAnsi" w:cstheme="majorHAnsi"/>
          <w:sz w:val="26"/>
          <w:szCs w:val="26"/>
        </w:rPr>
        <w:t xml:space="preserve"> </w:t>
      </w:r>
      <w:r w:rsidR="001608B3" w:rsidRPr="002829A6">
        <w:rPr>
          <w:rFonts w:asciiTheme="majorHAnsi" w:hAnsiTheme="majorHAnsi" w:cstheme="majorHAnsi"/>
          <w:sz w:val="26"/>
          <w:szCs w:val="26"/>
        </w:rPr>
        <w:t>N/A</w:t>
      </w:r>
    </w:p>
    <w:p w14:paraId="79A6A6F0" w14:textId="1F2C94AA"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REVIEW STATUS</w:t>
      </w:r>
      <w:r w:rsidR="001608B3" w:rsidRPr="00B26D76">
        <w:rPr>
          <w:rFonts w:asciiTheme="majorHAnsi" w:hAnsiTheme="majorHAnsi" w:cstheme="majorHAnsi"/>
          <w:b/>
          <w:bCs/>
          <w:sz w:val="26"/>
          <w:szCs w:val="26"/>
        </w:rPr>
        <w:t>:</w:t>
      </w:r>
      <w:r w:rsidR="001608B3" w:rsidRPr="002829A6">
        <w:rPr>
          <w:rFonts w:asciiTheme="majorHAnsi" w:hAnsiTheme="majorHAnsi" w:cstheme="majorHAnsi"/>
          <w:sz w:val="26"/>
          <w:szCs w:val="26"/>
        </w:rPr>
        <w:t xml:space="preserve"> N/A</w:t>
      </w:r>
    </w:p>
    <w:p w14:paraId="264966D6" w14:textId="0C4FFF2C" w:rsidR="00100775" w:rsidRPr="002829A6"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RECOMMENDATION</w:t>
      </w:r>
      <w:r w:rsidRPr="002829A6">
        <w:rPr>
          <w:rFonts w:asciiTheme="majorHAnsi" w:hAnsiTheme="majorHAnsi" w:cstheme="majorHAnsi"/>
          <w:sz w:val="26"/>
          <w:szCs w:val="26"/>
        </w:rPr>
        <w:t>:</w:t>
      </w:r>
      <w:r w:rsidR="001608B3" w:rsidRPr="002829A6">
        <w:rPr>
          <w:rFonts w:asciiTheme="majorHAnsi" w:hAnsiTheme="majorHAnsi" w:cstheme="majorHAnsi"/>
          <w:sz w:val="26"/>
          <w:szCs w:val="26"/>
        </w:rPr>
        <w:t xml:space="preserve">  N/A</w:t>
      </w:r>
    </w:p>
    <w:p w14:paraId="68FAEAD1" w14:textId="77777777" w:rsidR="00100775" w:rsidRDefault="00000000">
      <w:r>
        <w:br w:type="page"/>
      </w:r>
    </w:p>
    <w:p w14:paraId="50210767" w14:textId="77777777" w:rsidR="00100775" w:rsidRPr="008F3364" w:rsidRDefault="00000000">
      <w:pPr>
        <w:rPr>
          <w:rFonts w:asciiTheme="majorHAnsi" w:hAnsiTheme="majorHAnsi" w:cstheme="majorHAnsi"/>
          <w:sz w:val="26"/>
          <w:szCs w:val="26"/>
        </w:rPr>
      </w:pPr>
      <w:r w:rsidRPr="00B26D76">
        <w:rPr>
          <w:rFonts w:asciiTheme="majorHAnsi" w:hAnsiTheme="majorHAnsi" w:cstheme="majorHAnsi"/>
          <w:b/>
          <w:bCs/>
          <w:sz w:val="26"/>
          <w:szCs w:val="26"/>
        </w:rPr>
        <w:lastRenderedPageBreak/>
        <w:t>YEAR</w:t>
      </w:r>
      <w:r w:rsidRPr="008F3364">
        <w:rPr>
          <w:rFonts w:asciiTheme="majorHAnsi" w:hAnsiTheme="majorHAnsi" w:cstheme="majorHAnsi"/>
          <w:sz w:val="26"/>
          <w:szCs w:val="26"/>
        </w:rPr>
        <w:t>: 2025</w:t>
      </w:r>
    </w:p>
    <w:p w14:paraId="1E25CB91" w14:textId="77777777" w:rsidR="00100775" w:rsidRPr="008F3364" w:rsidRDefault="00000000">
      <w:pPr>
        <w:rPr>
          <w:rFonts w:asciiTheme="majorHAnsi" w:hAnsiTheme="majorHAnsi" w:cstheme="majorHAnsi"/>
          <w:sz w:val="26"/>
          <w:szCs w:val="26"/>
        </w:rPr>
      </w:pPr>
      <w:r w:rsidRPr="00B26D76">
        <w:rPr>
          <w:rFonts w:asciiTheme="majorHAnsi" w:hAnsiTheme="majorHAnsi" w:cstheme="majorHAnsi"/>
          <w:b/>
          <w:bCs/>
          <w:sz w:val="26"/>
          <w:szCs w:val="26"/>
        </w:rPr>
        <w:t>IC #:</w:t>
      </w:r>
      <w:r w:rsidRPr="008F3364">
        <w:rPr>
          <w:rFonts w:asciiTheme="majorHAnsi" w:hAnsiTheme="majorHAnsi" w:cstheme="majorHAnsi"/>
          <w:sz w:val="26"/>
          <w:szCs w:val="26"/>
        </w:rPr>
        <w:t xml:space="preserve"> IC  25-020</w:t>
      </w:r>
    </w:p>
    <w:p w14:paraId="2AFF48A7" w14:textId="77777777" w:rsidR="00100775" w:rsidRPr="008F3364" w:rsidRDefault="00000000">
      <w:pPr>
        <w:rPr>
          <w:rFonts w:asciiTheme="majorHAnsi" w:hAnsiTheme="majorHAnsi" w:cstheme="majorHAnsi"/>
          <w:sz w:val="26"/>
          <w:szCs w:val="26"/>
        </w:rPr>
      </w:pPr>
      <w:r w:rsidRPr="00B26D76">
        <w:rPr>
          <w:rFonts w:asciiTheme="majorHAnsi" w:hAnsiTheme="majorHAnsi" w:cstheme="majorHAnsi"/>
          <w:b/>
          <w:bCs/>
          <w:sz w:val="26"/>
          <w:szCs w:val="26"/>
        </w:rPr>
        <w:t>DATE:</w:t>
      </w:r>
      <w:r w:rsidRPr="008F3364">
        <w:rPr>
          <w:rFonts w:asciiTheme="majorHAnsi" w:hAnsiTheme="majorHAnsi" w:cstheme="majorHAnsi"/>
          <w:sz w:val="26"/>
          <w:szCs w:val="26"/>
        </w:rPr>
        <w:t xml:space="preserve"> 6/23/2025</w:t>
      </w:r>
    </w:p>
    <w:p w14:paraId="068F995F" w14:textId="1A9FF666" w:rsidR="00100775" w:rsidRPr="008F3364" w:rsidRDefault="00000000">
      <w:pPr>
        <w:rPr>
          <w:rFonts w:asciiTheme="majorHAnsi" w:hAnsiTheme="majorHAnsi" w:cstheme="majorHAnsi"/>
          <w:sz w:val="26"/>
          <w:szCs w:val="26"/>
        </w:rPr>
      </w:pPr>
      <w:r w:rsidRPr="00B26D76">
        <w:rPr>
          <w:rFonts w:asciiTheme="majorHAnsi" w:hAnsiTheme="majorHAnsi" w:cstheme="majorHAnsi"/>
          <w:b/>
          <w:bCs/>
          <w:sz w:val="26"/>
          <w:szCs w:val="26"/>
        </w:rPr>
        <w:t>ALLEGATION:</w:t>
      </w:r>
      <w:r w:rsidR="005B57CD" w:rsidRPr="008F3364">
        <w:rPr>
          <w:rFonts w:asciiTheme="majorHAnsi" w:hAnsiTheme="majorHAnsi" w:cstheme="majorHAnsi"/>
          <w:sz w:val="26"/>
          <w:szCs w:val="26"/>
        </w:rPr>
        <w:t xml:space="preserve"> </w:t>
      </w:r>
      <w:r w:rsidRPr="008F3364">
        <w:rPr>
          <w:rFonts w:asciiTheme="majorHAnsi" w:hAnsiTheme="majorHAnsi" w:cstheme="majorHAnsi"/>
          <w:sz w:val="26"/>
          <w:szCs w:val="26"/>
        </w:rPr>
        <w:t xml:space="preserve">I am disturbed by the lack of professionalism and the overall decisions being made by the ann arbor police department. </w:t>
      </w:r>
      <w:r w:rsidR="008F3364" w:rsidRPr="008F3364">
        <w:rPr>
          <w:rFonts w:asciiTheme="majorHAnsi" w:hAnsiTheme="majorHAnsi" w:cstheme="majorHAnsi"/>
          <w:sz w:val="26"/>
          <w:szCs w:val="26"/>
        </w:rPr>
        <w:t>It</w:t>
      </w:r>
      <w:r w:rsidR="008F3364" w:rsidRPr="008F3364">
        <w:rPr>
          <w:rFonts w:ascii="Calibri" w:hAnsi="Calibri" w:cs="Calibri"/>
          <w:sz w:val="26"/>
          <w:szCs w:val="26"/>
        </w:rPr>
        <w:t>’s</w:t>
      </w:r>
      <w:r w:rsidRPr="008F3364">
        <w:rPr>
          <w:rFonts w:asciiTheme="majorHAnsi" w:hAnsiTheme="majorHAnsi" w:cstheme="majorHAnsi"/>
          <w:sz w:val="26"/>
          <w:szCs w:val="26"/>
        </w:rPr>
        <w:t xml:space="preserve"> June 23rd and 3:50 pm and all traffic on the highway has been stopped for at least 45 minutes due to a fire and down telephone pole on the other side of the highway. We are third in the line of traffic and there has been no attempt by the police to communicate with us about </w:t>
      </w:r>
      <w:r w:rsidR="008F3364" w:rsidRPr="008F3364">
        <w:rPr>
          <w:rFonts w:asciiTheme="majorHAnsi" w:hAnsiTheme="majorHAnsi" w:cstheme="majorHAnsi"/>
          <w:sz w:val="26"/>
          <w:szCs w:val="26"/>
        </w:rPr>
        <w:t>what</w:t>
      </w:r>
      <w:r w:rsidR="008F3364" w:rsidRPr="008F3364">
        <w:rPr>
          <w:rFonts w:ascii="Calibri" w:hAnsi="Calibri" w:cs="Calibri"/>
          <w:sz w:val="26"/>
          <w:szCs w:val="26"/>
        </w:rPr>
        <w:t>’s</w:t>
      </w:r>
      <w:r w:rsidRPr="008F3364">
        <w:rPr>
          <w:rFonts w:asciiTheme="majorHAnsi" w:hAnsiTheme="majorHAnsi" w:cstheme="majorHAnsi"/>
          <w:sz w:val="26"/>
          <w:szCs w:val="26"/>
        </w:rPr>
        <w:t xml:space="preserve"> going on or estimate times or provide any sort of solution. )I will also be submitting a complaint to the fire department involved because they have completely failed for the last 45 minutes to do anything about the fire but walk around and talk. If there is time for them to walk around and talk, there is time for them to at least communicate about what is going on. ) The fumes are so bad that it has triggered a blindingly painful migraine for me and I</w:t>
      </w:r>
      <w:r w:rsidRPr="008F3364">
        <w:rPr>
          <w:rFonts w:ascii="Calibri" w:hAnsi="Calibri" w:cs="Calibri"/>
          <w:sz w:val="26"/>
          <w:szCs w:val="26"/>
        </w:rPr>
        <w:t>’</w:t>
      </w:r>
      <w:r w:rsidRPr="008F3364">
        <w:rPr>
          <w:rFonts w:asciiTheme="majorHAnsi" w:hAnsiTheme="majorHAnsi" w:cstheme="majorHAnsi"/>
          <w:sz w:val="26"/>
          <w:szCs w:val="26"/>
        </w:rPr>
        <w:t>m stuck in the car on a 96 degree day on the verge of throwing up. This situation has been mishandled at best, with a shocking amount of arrogance and refusal to respond to the situation by the police.</w:t>
      </w:r>
    </w:p>
    <w:p w14:paraId="46C79CF5" w14:textId="33E1600B" w:rsidR="00100775" w:rsidRPr="00B26D76" w:rsidRDefault="00000000">
      <w:pPr>
        <w:rPr>
          <w:rFonts w:asciiTheme="majorHAnsi" w:hAnsiTheme="majorHAnsi" w:cstheme="majorHAnsi"/>
          <w:b/>
          <w:bCs/>
          <w:sz w:val="26"/>
          <w:szCs w:val="26"/>
        </w:rPr>
      </w:pPr>
      <w:r w:rsidRPr="00B26D76">
        <w:rPr>
          <w:rFonts w:asciiTheme="majorHAnsi" w:hAnsiTheme="majorHAnsi" w:cstheme="majorHAnsi"/>
          <w:b/>
          <w:bCs/>
          <w:sz w:val="26"/>
          <w:szCs w:val="26"/>
        </w:rPr>
        <w:t>DISPOSITION STATUS:</w:t>
      </w:r>
      <w:r w:rsidR="005B57CD" w:rsidRPr="00B26D76">
        <w:rPr>
          <w:rFonts w:asciiTheme="majorHAnsi" w:hAnsiTheme="majorHAnsi" w:cstheme="majorHAnsi"/>
          <w:b/>
          <w:bCs/>
          <w:sz w:val="26"/>
          <w:szCs w:val="26"/>
        </w:rPr>
        <w:t xml:space="preserve"> </w:t>
      </w:r>
      <w:r w:rsidRPr="00B26D76">
        <w:rPr>
          <w:rFonts w:asciiTheme="majorHAnsi" w:hAnsiTheme="majorHAnsi" w:cstheme="majorHAnsi"/>
          <w:b/>
          <w:bCs/>
          <w:sz w:val="26"/>
          <w:szCs w:val="26"/>
        </w:rPr>
        <w:t>Closed</w:t>
      </w:r>
    </w:p>
    <w:p w14:paraId="2F7099BE" w14:textId="51F4F665" w:rsidR="00100775" w:rsidRPr="008F3364" w:rsidRDefault="00000000">
      <w:pPr>
        <w:rPr>
          <w:rFonts w:asciiTheme="majorHAnsi" w:hAnsiTheme="majorHAnsi" w:cstheme="majorHAnsi"/>
          <w:sz w:val="26"/>
          <w:szCs w:val="26"/>
        </w:rPr>
      </w:pPr>
      <w:r w:rsidRPr="00B26D76">
        <w:rPr>
          <w:rFonts w:asciiTheme="majorHAnsi" w:hAnsiTheme="majorHAnsi" w:cstheme="majorHAnsi"/>
          <w:b/>
          <w:bCs/>
          <w:sz w:val="26"/>
          <w:szCs w:val="26"/>
        </w:rPr>
        <w:t>AAPD RESPONSE</w:t>
      </w:r>
      <w:r w:rsidRPr="008F3364">
        <w:rPr>
          <w:rFonts w:asciiTheme="majorHAnsi" w:hAnsiTheme="majorHAnsi" w:cstheme="majorHAnsi"/>
          <w:sz w:val="26"/>
          <w:szCs w:val="26"/>
        </w:rPr>
        <w:t>:</w:t>
      </w:r>
      <w:r w:rsidR="005B57CD" w:rsidRPr="008F3364">
        <w:rPr>
          <w:rFonts w:asciiTheme="majorHAnsi" w:hAnsiTheme="majorHAnsi" w:cstheme="majorHAnsi"/>
          <w:sz w:val="26"/>
          <w:szCs w:val="26"/>
        </w:rPr>
        <w:t xml:space="preserve"> </w:t>
      </w:r>
      <w:r w:rsidRPr="008F3364">
        <w:rPr>
          <w:rFonts w:asciiTheme="majorHAnsi" w:hAnsiTheme="majorHAnsi" w:cstheme="majorHAnsi"/>
          <w:sz w:val="26"/>
          <w:szCs w:val="26"/>
        </w:rPr>
        <w:t>Ann Arbor police were called to assist the Michigan State Police on a crash that occurred on EB I94 and Zeeb Rd (Scio Township). A car went off the road, hit a pole, live wires were on the vehicle and the vehicle and brush caught fire with the driver trapped in the car. The Michigan State Police ordered all lanes of the highway to be shut down. Michigan State Police had assistance from the Ann Arbor Police Department, Washtenaw County Sheriff</w:t>
      </w:r>
      <w:r w:rsidRPr="008F3364">
        <w:rPr>
          <w:rFonts w:ascii="Calibri" w:hAnsi="Calibri" w:cs="Calibri"/>
          <w:sz w:val="26"/>
          <w:szCs w:val="26"/>
        </w:rPr>
        <w:t>’</w:t>
      </w:r>
      <w:r w:rsidRPr="008F3364">
        <w:rPr>
          <w:rFonts w:asciiTheme="majorHAnsi" w:hAnsiTheme="majorHAnsi" w:cstheme="majorHAnsi"/>
          <w:sz w:val="26"/>
          <w:szCs w:val="26"/>
        </w:rPr>
        <w:t xml:space="preserve">s </w:t>
      </w:r>
      <w:r w:rsidRPr="008F3364">
        <w:rPr>
          <w:rFonts w:asciiTheme="majorHAnsi" w:hAnsiTheme="majorHAnsi" w:cstheme="majorHAnsi"/>
          <w:sz w:val="26"/>
          <w:szCs w:val="26"/>
        </w:rPr>
        <w:lastRenderedPageBreak/>
        <w:t>Office, Ann Arbor Fire Department, Huron Valley Ambulance, and MDOT.  There are no policy violations, and this allegation is closed.</w:t>
      </w:r>
    </w:p>
    <w:p w14:paraId="1F5B81C2" w14:textId="57BE0F8D" w:rsidR="00100775" w:rsidRPr="008F3364" w:rsidRDefault="00000000">
      <w:pPr>
        <w:rPr>
          <w:rFonts w:asciiTheme="majorHAnsi" w:hAnsiTheme="majorHAnsi" w:cstheme="majorHAnsi"/>
          <w:sz w:val="26"/>
          <w:szCs w:val="26"/>
        </w:rPr>
      </w:pPr>
      <w:r w:rsidRPr="00B26D76">
        <w:rPr>
          <w:rFonts w:asciiTheme="majorHAnsi" w:hAnsiTheme="majorHAnsi" w:cstheme="majorHAnsi"/>
          <w:b/>
          <w:bCs/>
          <w:sz w:val="26"/>
          <w:szCs w:val="26"/>
        </w:rPr>
        <w:t>IM ASSIGNED</w:t>
      </w:r>
      <w:r w:rsidRPr="008F3364">
        <w:rPr>
          <w:rFonts w:asciiTheme="majorHAnsi" w:hAnsiTheme="majorHAnsi" w:cstheme="majorHAnsi"/>
          <w:sz w:val="26"/>
          <w:szCs w:val="26"/>
        </w:rPr>
        <w:t>:</w:t>
      </w:r>
      <w:r w:rsidR="005B57CD" w:rsidRPr="008F3364">
        <w:rPr>
          <w:rFonts w:asciiTheme="majorHAnsi" w:hAnsiTheme="majorHAnsi" w:cstheme="majorHAnsi"/>
          <w:sz w:val="26"/>
          <w:szCs w:val="26"/>
        </w:rPr>
        <w:t xml:space="preserve"> </w:t>
      </w:r>
      <w:r w:rsidRPr="008F3364">
        <w:rPr>
          <w:rFonts w:asciiTheme="majorHAnsi" w:hAnsiTheme="majorHAnsi" w:cstheme="majorHAnsi"/>
          <w:sz w:val="26"/>
          <w:szCs w:val="26"/>
        </w:rPr>
        <w:t>Mohammad Othman</w:t>
      </w:r>
    </w:p>
    <w:p w14:paraId="19ED6E17" w14:textId="6BECDFD4" w:rsidR="00100775" w:rsidRPr="008F3364"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REVIEW STATUS:</w:t>
      </w:r>
      <w:r w:rsidR="005B57CD" w:rsidRPr="008F3364">
        <w:rPr>
          <w:rFonts w:asciiTheme="majorHAnsi" w:hAnsiTheme="majorHAnsi" w:cstheme="majorHAnsi"/>
          <w:sz w:val="26"/>
          <w:szCs w:val="26"/>
        </w:rPr>
        <w:t xml:space="preserve"> </w:t>
      </w:r>
      <w:r w:rsidRPr="008F3364">
        <w:rPr>
          <w:rFonts w:asciiTheme="majorHAnsi" w:hAnsiTheme="majorHAnsi" w:cstheme="majorHAnsi"/>
          <w:sz w:val="26"/>
          <w:szCs w:val="26"/>
        </w:rPr>
        <w:t>Completed 7/24/25</w:t>
      </w:r>
    </w:p>
    <w:p w14:paraId="0E2680AC" w14:textId="1E9979A4" w:rsidR="00100775" w:rsidRPr="008F3364" w:rsidRDefault="00000000">
      <w:pPr>
        <w:rPr>
          <w:rFonts w:asciiTheme="majorHAnsi" w:hAnsiTheme="majorHAnsi" w:cstheme="majorHAnsi"/>
          <w:sz w:val="26"/>
          <w:szCs w:val="26"/>
        </w:rPr>
      </w:pPr>
      <w:r w:rsidRPr="00B26D76">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sidR="005B57CD" w:rsidRPr="008F3364">
        <w:rPr>
          <w:rFonts w:asciiTheme="majorHAnsi" w:hAnsiTheme="majorHAnsi" w:cstheme="majorHAnsi"/>
          <w:sz w:val="26"/>
          <w:szCs w:val="26"/>
        </w:rPr>
        <w:t xml:space="preserve"> </w:t>
      </w:r>
      <w:r w:rsidRPr="008F3364">
        <w:rPr>
          <w:rFonts w:asciiTheme="majorHAnsi" w:hAnsiTheme="majorHAnsi" w:cstheme="majorHAnsi"/>
          <w:sz w:val="26"/>
          <w:szCs w:val="26"/>
        </w:rPr>
        <w:t>Concur with AAPD findings and AAPD presence, and other agencies, was to assist the Michigan State Police handling the crash.</w:t>
      </w:r>
    </w:p>
    <w:p w14:paraId="76230E7D" w14:textId="77777777" w:rsidR="00100775" w:rsidRDefault="00000000">
      <w:r>
        <w:br w:type="page"/>
      </w:r>
    </w:p>
    <w:p w14:paraId="3DBCC310"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lastRenderedPageBreak/>
        <w:t>YEAR</w:t>
      </w:r>
      <w:r w:rsidRPr="008F3364">
        <w:rPr>
          <w:rFonts w:asciiTheme="majorHAnsi" w:hAnsiTheme="majorHAnsi" w:cstheme="majorHAnsi"/>
          <w:sz w:val="26"/>
          <w:szCs w:val="26"/>
        </w:rPr>
        <w:t>: 2025</w:t>
      </w:r>
    </w:p>
    <w:p w14:paraId="0D9424F7"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25-021</w:t>
      </w:r>
    </w:p>
    <w:p w14:paraId="075ADDA4"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6/30/2025</w:t>
      </w:r>
    </w:p>
    <w:p w14:paraId="4158FB97" w14:textId="39D23FEB"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Around 4:30PM today Saturday, June 28th, 2025, a police officer ran a red light illegally. They made a left turn coming SW on Wells, turning SE onto Packard. They came to the red light, stopped, and then turned out in front of my car which was driving SE on Packard where the light had been green for some time. At no time were sirens or lights engaged. The car</w:t>
      </w:r>
      <w:r w:rsidRPr="008F3364">
        <w:rPr>
          <w:rFonts w:ascii="Calibri" w:hAnsi="Calibri" w:cs="Calibri"/>
          <w:sz w:val="26"/>
          <w:szCs w:val="26"/>
        </w:rPr>
        <w:t>’</w:t>
      </w:r>
      <w:r w:rsidRPr="008F3364">
        <w:rPr>
          <w:rFonts w:asciiTheme="majorHAnsi" w:hAnsiTheme="majorHAnsi" w:cstheme="majorHAnsi"/>
          <w:sz w:val="26"/>
          <w:szCs w:val="26"/>
        </w:rPr>
        <w:t>s number was 438. The license plate was 040 x 438.</w:t>
      </w:r>
    </w:p>
    <w:p w14:paraId="00E57CBF" w14:textId="3EFD9DE6"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Closed</w:t>
      </w:r>
    </w:p>
    <w:p w14:paraId="3D45966B" w14:textId="578978C8"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This license plate comes back registered to a UofM vehicle. The complainant was provided with information on how to contact the University of Michigan to voice her concerns. There are no policy violations, and this allegation is closed.</w:t>
      </w:r>
    </w:p>
    <w:p w14:paraId="2508A6FB" w14:textId="1974CCDE"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IM ASSIGNED</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Mohammad Othman</w:t>
      </w:r>
    </w:p>
    <w:p w14:paraId="44C80984" w14:textId="38DC41B0"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Completed 7/24/25</w:t>
      </w:r>
    </w:p>
    <w:p w14:paraId="32E51F56" w14:textId="06D5AF9F"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 xml:space="preserve">ICPOC-IM concurs with the AAPD findings </w:t>
      </w:r>
    </w:p>
    <w:p w14:paraId="1AEFEE1A" w14:textId="77777777" w:rsidR="00100775" w:rsidRDefault="00000000">
      <w:r>
        <w:br w:type="page"/>
      </w:r>
    </w:p>
    <w:p w14:paraId="42FBD89A"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lastRenderedPageBreak/>
        <w:t>YEAR</w:t>
      </w:r>
      <w:r w:rsidRPr="008F3364">
        <w:rPr>
          <w:rFonts w:asciiTheme="majorHAnsi" w:hAnsiTheme="majorHAnsi" w:cstheme="majorHAnsi"/>
          <w:sz w:val="26"/>
          <w:szCs w:val="26"/>
        </w:rPr>
        <w:t>: 2025</w:t>
      </w:r>
    </w:p>
    <w:p w14:paraId="52B17359"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25-022</w:t>
      </w:r>
    </w:p>
    <w:p w14:paraId="7CA2F5BE"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6/30/2025</w:t>
      </w:r>
    </w:p>
    <w:p w14:paraId="18DE3E93" w14:textId="13DA2DC9"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A deer was hit on Jackson and the AAPD put his carcass in our dumpster. It stinks and is dangerous.</w:t>
      </w:r>
    </w:p>
    <w:p w14:paraId="7EA93B7F" w14:textId="10F8FD78"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Closed</w:t>
      </w:r>
    </w:p>
    <w:p w14:paraId="1E837FFB" w14:textId="6BA205C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AAPD officers did not drag the deer from the side of the road and put it in a dumpster. There are no policy violations, and this allegation is closed.</w:t>
      </w:r>
    </w:p>
    <w:p w14:paraId="3F910918" w14:textId="2F651506"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IM ASSIGNED</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Mohammad Othman</w:t>
      </w:r>
    </w:p>
    <w:p w14:paraId="11C6BA91" w14:textId="7929087B"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Completed 7/25/25</w:t>
      </w:r>
    </w:p>
    <w:p w14:paraId="08422750" w14:textId="01A30FF2"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IM recommends in these cases the Police Officer(s) should explain to the complainant(s)the steps taken regarding the removal of dead animals</w:t>
      </w:r>
    </w:p>
    <w:p w14:paraId="6CEAE74D" w14:textId="77777777" w:rsidR="00100775" w:rsidRDefault="00000000">
      <w:r>
        <w:br w:type="page"/>
      </w:r>
    </w:p>
    <w:p w14:paraId="5D74BF22"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lastRenderedPageBreak/>
        <w:t>YEAR</w:t>
      </w:r>
      <w:r w:rsidRPr="008F3364">
        <w:rPr>
          <w:rFonts w:asciiTheme="majorHAnsi" w:hAnsiTheme="majorHAnsi" w:cstheme="majorHAnsi"/>
          <w:sz w:val="26"/>
          <w:szCs w:val="26"/>
        </w:rPr>
        <w:t>: 2025</w:t>
      </w:r>
    </w:p>
    <w:p w14:paraId="62D56500"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25-023</w:t>
      </w:r>
    </w:p>
    <w:p w14:paraId="2F908F30"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6/30/2025</w:t>
      </w:r>
    </w:p>
    <w:p w14:paraId="2A2F4858" w14:textId="1D24EA71"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https://youtu.be/2Z-nIS12C4w Cop was a lying POS</w:t>
      </w:r>
    </w:p>
    <w:p w14:paraId="0C02F4A1" w14:textId="1785B47D"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Closed</w:t>
      </w:r>
    </w:p>
    <w:p w14:paraId="1A28B013" w14:textId="1B3C0F96"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There are court processes in place for anyone who disagrees with or wishes to contest a ticket.  Officer Pechtel was aware after the fact that his BWC was not activated and noted it on the citation.  Officer Pechtel will receive supervisory counseling about BWC usage, this allegation is closed.</w:t>
      </w:r>
    </w:p>
    <w:p w14:paraId="232EDE1E" w14:textId="1B468BBB"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IM ASSIGNED</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Mohammad Othman</w:t>
      </w:r>
    </w:p>
    <w:p w14:paraId="5D66BF48" w14:textId="3C36F996"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Completed 7/25/25</w:t>
      </w:r>
    </w:p>
    <w:p w14:paraId="28E91C72" w14:textId="5AD582FF"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Officers should activate their BWC activated anytime they are interacting with the public in situations like these. BWC policies should be part of the training of officers to avoid any misunderstandings with the public. It is important to be transparent to avoid any confusion and lack of clarity. The complainant deserves a better explanation to his encounter with the patrol officers.</w:t>
      </w:r>
    </w:p>
    <w:p w14:paraId="11F50839" w14:textId="77777777" w:rsidR="00100775" w:rsidRDefault="00000000">
      <w:r>
        <w:br w:type="page"/>
      </w:r>
    </w:p>
    <w:p w14:paraId="1507DFAF"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lastRenderedPageBreak/>
        <w:t>YEAR</w:t>
      </w:r>
      <w:r w:rsidRPr="008F3364">
        <w:rPr>
          <w:rFonts w:asciiTheme="majorHAnsi" w:hAnsiTheme="majorHAnsi" w:cstheme="majorHAnsi"/>
          <w:sz w:val="26"/>
          <w:szCs w:val="26"/>
        </w:rPr>
        <w:t>: 2025</w:t>
      </w:r>
    </w:p>
    <w:p w14:paraId="6A1CF85E"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25-024</w:t>
      </w:r>
    </w:p>
    <w:p w14:paraId="74711467" w14:textId="77777777"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7/29/2025</w:t>
      </w:r>
    </w:p>
    <w:p w14:paraId="025462F1" w14:textId="00ACE086"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My name is Sertac Yondem, and I am filing a formal complaint against the Ann Arbor Police Department regarding a false arrest and mishandling of an incident that occurred on March 29, 2025, between 1:00 AM and 2:50 AM at 214 W Washington Street, Ann Arbor, MI.</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I was falsely accused by my ex-girlfriend after an argument where I refused to give her my phone. She was intoxicated, physically assaulted me (choked me), blocked me from leaving, and sat in the driver seat of my car trying to drive it while I was recording everything for my safety. I have video and photo evidence of this.</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Despite this, the responding officers:</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Refused to watch my video evidence,</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Ignored my testimony,</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Arrested me solely based on her false claims.</w:t>
      </w:r>
      <w:r w:rsidR="008F3364" w:rsidRPr="008F3364">
        <w:rPr>
          <w:rFonts w:asciiTheme="majorHAnsi" w:hAnsiTheme="majorHAnsi" w:cstheme="majorHAnsi"/>
          <w:sz w:val="26"/>
          <w:szCs w:val="26"/>
        </w:rPr>
        <w:t xml:space="preserve"> </w:t>
      </w:r>
      <w:r w:rsidR="00B26D76" w:rsidRPr="008F3364">
        <w:rPr>
          <w:rFonts w:asciiTheme="majorHAnsi" w:hAnsiTheme="majorHAnsi" w:cstheme="majorHAnsi"/>
          <w:sz w:val="26"/>
          <w:szCs w:val="26"/>
        </w:rPr>
        <w:t>What’s</w:t>
      </w:r>
      <w:r w:rsidRPr="008F3364">
        <w:rPr>
          <w:rFonts w:asciiTheme="majorHAnsi" w:hAnsiTheme="majorHAnsi" w:cstheme="majorHAnsi"/>
          <w:sz w:val="26"/>
          <w:szCs w:val="26"/>
        </w:rPr>
        <w:t xml:space="preserve"> even more frustrating is that the location of the incident </w:t>
      </w:r>
      <w:r w:rsidRPr="008F3364">
        <w:rPr>
          <w:rFonts w:ascii="Calibri" w:hAnsi="Calibri" w:cs="Calibri"/>
          <w:sz w:val="26"/>
          <w:szCs w:val="26"/>
        </w:rPr>
        <w:t>—</w:t>
      </w:r>
      <w:r w:rsidRPr="008F3364">
        <w:rPr>
          <w:rFonts w:asciiTheme="majorHAnsi" w:hAnsiTheme="majorHAnsi" w:cstheme="majorHAnsi"/>
          <w:sz w:val="26"/>
          <w:szCs w:val="26"/>
        </w:rPr>
        <w:t xml:space="preserve"> a public parking garage at 214 W Washington </w:t>
      </w:r>
      <w:r w:rsidRPr="008F3364">
        <w:rPr>
          <w:rFonts w:ascii="Calibri" w:hAnsi="Calibri" w:cs="Calibri"/>
          <w:sz w:val="26"/>
          <w:szCs w:val="26"/>
        </w:rPr>
        <w:t>—</w:t>
      </w:r>
      <w:r w:rsidRPr="008F3364">
        <w:rPr>
          <w:rFonts w:asciiTheme="majorHAnsi" w:hAnsiTheme="majorHAnsi" w:cstheme="majorHAnsi"/>
          <w:sz w:val="26"/>
          <w:szCs w:val="26"/>
        </w:rPr>
        <w:t xml:space="preserve"> is covered by multiple surveillance cameras. Those cameras would clearly show what happened and support my version of the events. However, I was never told that any footage was reviewed, and I believe the officers failed to request or preserve it.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 xml:space="preserve">I was held for approximately 7 hours and released. Two days later, ICE arrested me based on the pending charge. I was detained for months, denied bond (due to that arrest), and ultimately withdrew my asylum case and was deported </w:t>
      </w:r>
      <w:r w:rsidRPr="008F3364">
        <w:rPr>
          <w:rFonts w:ascii="Calibri" w:hAnsi="Calibri" w:cs="Calibri"/>
          <w:sz w:val="26"/>
          <w:szCs w:val="26"/>
        </w:rPr>
        <w:t>—</w:t>
      </w:r>
      <w:r w:rsidRPr="008F3364">
        <w:rPr>
          <w:rFonts w:asciiTheme="majorHAnsi" w:hAnsiTheme="majorHAnsi" w:cstheme="majorHAnsi"/>
          <w:sz w:val="26"/>
          <w:szCs w:val="26"/>
        </w:rPr>
        <w:t xml:space="preserve"> even though the charge was dismissed about a month later.</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My ex-girlfriend even contacted my boss after my ICE detention, saying she regretted what happened and was willing to write a letter to help, but then disappeared and never followed through. At my immigration bond hearing, my lawyer mentioned the dismissal but did not explain the facts of the</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 xml:space="preserve">incident or provide my video. I was labeled a </w:t>
      </w:r>
      <w:r w:rsidRPr="008F3364">
        <w:rPr>
          <w:rFonts w:ascii="Calibri" w:hAnsi="Calibri" w:cs="Calibri"/>
          <w:sz w:val="26"/>
          <w:szCs w:val="26"/>
        </w:rPr>
        <w:t>“</w:t>
      </w:r>
      <w:r w:rsidRPr="008F3364">
        <w:rPr>
          <w:rFonts w:asciiTheme="majorHAnsi" w:hAnsiTheme="majorHAnsi" w:cstheme="majorHAnsi"/>
          <w:sz w:val="26"/>
          <w:szCs w:val="26"/>
        </w:rPr>
        <w:t>danger to the community</w:t>
      </w:r>
      <w:r w:rsidRPr="008F3364">
        <w:rPr>
          <w:rFonts w:ascii="Calibri" w:hAnsi="Calibri" w:cs="Calibri"/>
          <w:sz w:val="26"/>
          <w:szCs w:val="26"/>
        </w:rPr>
        <w:t>”</w:t>
      </w:r>
      <w:r w:rsidRPr="008F3364">
        <w:rPr>
          <w:rFonts w:asciiTheme="majorHAnsi" w:hAnsiTheme="majorHAnsi" w:cstheme="majorHAnsi"/>
          <w:sz w:val="26"/>
          <w:szCs w:val="26"/>
        </w:rPr>
        <w:t xml:space="preserve"> and held based on </w:t>
      </w:r>
      <w:r w:rsidRPr="008F3364">
        <w:rPr>
          <w:rFonts w:asciiTheme="majorHAnsi" w:hAnsiTheme="majorHAnsi" w:cstheme="majorHAnsi"/>
          <w:sz w:val="26"/>
          <w:szCs w:val="26"/>
        </w:rPr>
        <w:lastRenderedPageBreak/>
        <w:t>a false arrest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This complaint is being submitted to the Ann Arbor Police Department and the Independent Community Police Oversight Commission, and I request that:</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 xml:space="preserve">The </w:t>
      </w:r>
      <w:r w:rsidR="008F3364" w:rsidRPr="008F3364">
        <w:rPr>
          <w:rFonts w:asciiTheme="majorHAnsi" w:hAnsiTheme="majorHAnsi" w:cstheme="majorHAnsi"/>
          <w:sz w:val="26"/>
          <w:szCs w:val="26"/>
        </w:rPr>
        <w:t>officers’</w:t>
      </w:r>
      <w:r w:rsidRPr="008F3364">
        <w:rPr>
          <w:rFonts w:asciiTheme="majorHAnsi" w:hAnsiTheme="majorHAnsi" w:cstheme="majorHAnsi"/>
          <w:sz w:val="26"/>
          <w:szCs w:val="26"/>
        </w:rPr>
        <w:t xml:space="preserve"> actions be reviewed,</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The surveillance footage from the parking garage on March 29 be preserved (if still available),</w:t>
      </w:r>
      <w:r w:rsidR="008F3364" w:rsidRPr="008F3364">
        <w:rPr>
          <w:rFonts w:asciiTheme="majorHAnsi" w:hAnsiTheme="majorHAnsi" w:cstheme="majorHAnsi"/>
          <w:sz w:val="26"/>
          <w:szCs w:val="26"/>
        </w:rPr>
        <w:t xml:space="preserve"> </w:t>
      </w:r>
      <w:r w:rsidRPr="008F3364">
        <w:rPr>
          <w:rFonts w:asciiTheme="majorHAnsi" w:hAnsiTheme="majorHAnsi" w:cstheme="majorHAnsi"/>
          <w:sz w:val="26"/>
          <w:szCs w:val="26"/>
        </w:rPr>
        <w:t>An investigation be opened into this false arrest and its consequence</w:t>
      </w:r>
    </w:p>
    <w:p w14:paraId="7AAF8E9A" w14:textId="77E576C8"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00537719" w:rsidRPr="008F3364">
        <w:rPr>
          <w:rFonts w:asciiTheme="majorHAnsi" w:hAnsiTheme="majorHAnsi" w:cstheme="majorHAnsi"/>
          <w:sz w:val="26"/>
          <w:szCs w:val="26"/>
        </w:rPr>
        <w:t>Closed</w:t>
      </w:r>
    </w:p>
    <w:p w14:paraId="3BFE9505" w14:textId="5A05A8F4"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w:t>
      </w:r>
      <w:r w:rsidR="008F3364" w:rsidRPr="008F3364">
        <w:rPr>
          <w:rFonts w:asciiTheme="majorHAnsi" w:hAnsiTheme="majorHAnsi" w:cstheme="majorHAnsi"/>
          <w:sz w:val="26"/>
          <w:szCs w:val="26"/>
        </w:rPr>
        <w:t xml:space="preserve"> </w:t>
      </w:r>
      <w:r w:rsidR="00537719" w:rsidRPr="00537719">
        <w:rPr>
          <w:rFonts w:asciiTheme="majorHAnsi" w:hAnsiTheme="majorHAnsi" w:cstheme="majorHAnsi"/>
          <w:sz w:val="26"/>
          <w:szCs w:val="26"/>
        </w:rPr>
        <w:t>The complainant was contacted by officers and ultimately arrested for Domestic Violence based on probable cause developed through victim and witness statements. Sertac was transported directly to the Washtenaw County Jail and was never brought to the AAPD. The case was submitted to the Washtenaw County Prosecutor’s Office and Sertac was charged with one count of Domestic Violence. In court, the case was ultimately dismissed without prejudice.</w:t>
      </w:r>
    </w:p>
    <w:p w14:paraId="489C4F0D" w14:textId="3DEC539B"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IM ASSIGNED</w:t>
      </w:r>
      <w:r w:rsidRPr="008F3364">
        <w:rPr>
          <w:rFonts w:asciiTheme="majorHAnsi" w:hAnsiTheme="majorHAnsi" w:cstheme="majorHAnsi"/>
          <w:sz w:val="26"/>
          <w:szCs w:val="26"/>
        </w:rPr>
        <w:t>:</w:t>
      </w:r>
      <w:r w:rsidR="00EF1F11">
        <w:rPr>
          <w:rFonts w:asciiTheme="majorHAnsi" w:hAnsiTheme="majorHAnsi" w:cstheme="majorHAnsi"/>
          <w:sz w:val="26"/>
          <w:szCs w:val="26"/>
        </w:rPr>
        <w:t xml:space="preserve"> </w:t>
      </w:r>
      <w:r w:rsidR="00537719" w:rsidRPr="008F3364">
        <w:rPr>
          <w:rFonts w:asciiTheme="majorHAnsi" w:hAnsiTheme="majorHAnsi" w:cstheme="majorHAnsi"/>
          <w:sz w:val="26"/>
          <w:szCs w:val="26"/>
        </w:rPr>
        <w:t>Mohammad Othman</w:t>
      </w:r>
    </w:p>
    <w:p w14:paraId="7EE285EF" w14:textId="4D153F0E" w:rsidR="00100775" w:rsidRPr="008F3364" w:rsidRDefault="00000000">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sidR="00537719">
        <w:rPr>
          <w:rFonts w:asciiTheme="majorHAnsi" w:hAnsiTheme="majorHAnsi" w:cstheme="majorHAnsi"/>
          <w:sz w:val="26"/>
          <w:szCs w:val="26"/>
        </w:rPr>
        <w:t xml:space="preserve"> Completed 1/11/2026</w:t>
      </w:r>
    </w:p>
    <w:p w14:paraId="3BC70534" w14:textId="5D1F6325" w:rsidR="00537719" w:rsidRPr="00537719" w:rsidRDefault="00000000" w:rsidP="00537719">
      <w:pPr>
        <w:rPr>
          <w:rFonts w:asciiTheme="majorHAnsi" w:hAnsiTheme="majorHAnsi" w:cstheme="majorHAnsi"/>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sidR="00537719">
        <w:rPr>
          <w:rFonts w:asciiTheme="majorHAnsi" w:hAnsiTheme="majorHAnsi" w:cstheme="majorHAnsi"/>
          <w:sz w:val="26"/>
          <w:szCs w:val="26"/>
        </w:rPr>
        <w:t xml:space="preserve"> </w:t>
      </w:r>
      <w:r w:rsidR="00537719" w:rsidRPr="00537719">
        <w:rPr>
          <w:rFonts w:asciiTheme="majorHAnsi" w:hAnsiTheme="majorHAnsi" w:cstheme="majorHAnsi"/>
          <w:sz w:val="26"/>
          <w:szCs w:val="26"/>
        </w:rPr>
        <w:t xml:space="preserve">ICPOC-IM concurs with the AAPD findings </w:t>
      </w:r>
    </w:p>
    <w:p w14:paraId="5126205D" w14:textId="36FBEDDE" w:rsidR="00100775" w:rsidRPr="008F3364" w:rsidRDefault="00100775">
      <w:pPr>
        <w:rPr>
          <w:rFonts w:asciiTheme="majorHAnsi" w:hAnsiTheme="majorHAnsi" w:cstheme="majorHAnsi"/>
          <w:sz w:val="26"/>
          <w:szCs w:val="26"/>
        </w:rPr>
      </w:pPr>
    </w:p>
    <w:p w14:paraId="3F4F4127" w14:textId="77777777" w:rsidR="008F3364" w:rsidRPr="008F3364" w:rsidRDefault="00000000" w:rsidP="008F3364">
      <w:pPr>
        <w:rPr>
          <w:rFonts w:asciiTheme="majorHAnsi" w:hAnsiTheme="majorHAnsi" w:cstheme="majorHAnsi"/>
          <w:sz w:val="26"/>
          <w:szCs w:val="26"/>
        </w:rPr>
      </w:pPr>
      <w:r w:rsidRPr="008F3364">
        <w:rPr>
          <w:rFonts w:asciiTheme="majorHAnsi" w:hAnsiTheme="majorHAnsi" w:cstheme="majorHAnsi"/>
          <w:sz w:val="26"/>
          <w:szCs w:val="26"/>
        </w:rPr>
        <w:br w:type="page"/>
      </w:r>
      <w:r w:rsidR="008F3364" w:rsidRPr="008F3364">
        <w:rPr>
          <w:rFonts w:asciiTheme="majorHAnsi" w:hAnsiTheme="majorHAnsi" w:cstheme="majorHAnsi"/>
          <w:b/>
          <w:bCs/>
          <w:sz w:val="26"/>
          <w:szCs w:val="26"/>
        </w:rPr>
        <w:lastRenderedPageBreak/>
        <w:t>YEAR</w:t>
      </w:r>
      <w:r w:rsidR="008F3364" w:rsidRPr="008F3364">
        <w:rPr>
          <w:rFonts w:asciiTheme="majorHAnsi" w:hAnsiTheme="majorHAnsi" w:cstheme="majorHAnsi"/>
          <w:sz w:val="26"/>
          <w:szCs w:val="26"/>
        </w:rPr>
        <w:t>: 2025</w:t>
      </w:r>
    </w:p>
    <w:p w14:paraId="5E83396D" w14:textId="1A5DA69D" w:rsidR="008F3364" w:rsidRPr="008F3364" w:rsidRDefault="008F3364" w:rsidP="008F3364">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25-025</w:t>
      </w:r>
    </w:p>
    <w:p w14:paraId="6B3EF6A4" w14:textId="02895BC8" w:rsidR="008F3364" w:rsidRPr="008F3364" w:rsidRDefault="008F3364" w:rsidP="008F3364">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8/13/2025</w:t>
      </w:r>
    </w:p>
    <w:p w14:paraId="6988EEEE" w14:textId="08D94834" w:rsidR="008F3364" w:rsidRPr="008F3364" w:rsidRDefault="008F3364" w:rsidP="008F3364">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 xml:space="preserve"> I was trespassed at the Breakfast Church by Ofcs Cunningham and Alchin due to a false police report. At the detention facility, I was booked for graffiti although Cunningham &amp; Lt. Shafer insisted I talk to social workers </w:t>
      </w:r>
      <w:r w:rsidRPr="008F3364">
        <w:rPr>
          <w:rFonts w:asciiTheme="majorHAnsi" w:hAnsiTheme="majorHAnsi" w:cstheme="majorHAnsi"/>
          <w:sz w:val="26"/>
          <w:szCs w:val="26"/>
          <w:u w:val="single"/>
        </w:rPr>
        <w:t>instead</w:t>
      </w:r>
      <w:r w:rsidRPr="008F3364">
        <w:rPr>
          <w:rFonts w:asciiTheme="majorHAnsi" w:hAnsiTheme="majorHAnsi" w:cstheme="majorHAnsi"/>
          <w:sz w:val="26"/>
          <w:szCs w:val="26"/>
        </w:rPr>
        <w:t xml:space="preserve"> of a lawyers for a criminal offense. Forced insanity pleas are unconstitutional per section 17 section 1 (5th Amendment)</w:t>
      </w:r>
    </w:p>
    <w:p w14:paraId="45431C51" w14:textId="18D7A881" w:rsidR="008F3364" w:rsidRPr="008F3364" w:rsidRDefault="008F3364" w:rsidP="008F3364">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 xml:space="preserve">: </w:t>
      </w:r>
      <w:r w:rsidR="00C45F46">
        <w:rPr>
          <w:rFonts w:asciiTheme="majorHAnsi" w:hAnsiTheme="majorHAnsi" w:cstheme="majorHAnsi"/>
          <w:sz w:val="26"/>
          <w:szCs w:val="26"/>
        </w:rPr>
        <w:t>Closed</w:t>
      </w:r>
    </w:p>
    <w:p w14:paraId="3AA232EE" w14:textId="5E2B37E1" w:rsidR="008F3364" w:rsidRPr="008F3364" w:rsidRDefault="008F3364" w:rsidP="008F3364">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 xml:space="preserve">: </w:t>
      </w:r>
      <w:r w:rsidR="00091751" w:rsidRPr="00091751">
        <w:rPr>
          <w:rFonts w:asciiTheme="majorHAnsi" w:hAnsiTheme="majorHAnsi" w:cstheme="majorHAnsi"/>
          <w:sz w:val="26"/>
          <w:szCs w:val="26"/>
        </w:rPr>
        <w:t>Bersee was being disorderly throughout the day and there were multiple calls from various people in the downtown area regarding his behavior. He was trespassed from breakfast at the request of Church staff and ultimately arrested for disorderly conduct and MDOP (spray painting a mailbox). There are no policy violations, and this allegation is closed.</w:t>
      </w:r>
    </w:p>
    <w:p w14:paraId="7B88B6B0" w14:textId="2E1602F1" w:rsidR="008F3364" w:rsidRDefault="008F3364" w:rsidP="008F3364">
      <w:pPr>
        <w:rPr>
          <w:rFonts w:asciiTheme="majorHAnsi" w:hAnsiTheme="majorHAnsi" w:cstheme="majorHAnsi"/>
          <w:sz w:val="26"/>
          <w:szCs w:val="26"/>
        </w:rPr>
      </w:pPr>
      <w:r w:rsidRPr="008F3364">
        <w:rPr>
          <w:rFonts w:asciiTheme="majorHAnsi" w:hAnsiTheme="majorHAnsi" w:cstheme="majorHAnsi"/>
          <w:b/>
          <w:bCs/>
          <w:sz w:val="26"/>
          <w:szCs w:val="26"/>
        </w:rPr>
        <w:t>IM ASSIGNED</w:t>
      </w:r>
      <w:r w:rsidRPr="008F3364">
        <w:rPr>
          <w:rFonts w:asciiTheme="majorHAnsi" w:hAnsiTheme="majorHAnsi" w:cstheme="majorHAnsi"/>
          <w:sz w:val="26"/>
          <w:szCs w:val="26"/>
        </w:rPr>
        <w:t>:</w:t>
      </w:r>
      <w:r w:rsidR="00EF1F11">
        <w:rPr>
          <w:rFonts w:asciiTheme="majorHAnsi" w:hAnsiTheme="majorHAnsi" w:cstheme="majorHAnsi"/>
          <w:sz w:val="26"/>
          <w:szCs w:val="26"/>
        </w:rPr>
        <w:t xml:space="preserve"> </w:t>
      </w:r>
      <w:r w:rsidR="00C45F46">
        <w:rPr>
          <w:rFonts w:asciiTheme="majorHAnsi" w:hAnsiTheme="majorHAnsi" w:cstheme="majorHAnsi"/>
          <w:sz w:val="26"/>
          <w:szCs w:val="26"/>
        </w:rPr>
        <w:t xml:space="preserve">Mohammad Othman </w:t>
      </w:r>
    </w:p>
    <w:p w14:paraId="5714E326" w14:textId="539D0D08" w:rsidR="00EF1F11" w:rsidRPr="008F3364" w:rsidRDefault="00EF1F11" w:rsidP="00EF1F11">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sidR="00C45F46">
        <w:rPr>
          <w:rFonts w:asciiTheme="majorHAnsi" w:hAnsiTheme="majorHAnsi" w:cstheme="majorHAnsi"/>
          <w:sz w:val="26"/>
          <w:szCs w:val="26"/>
        </w:rPr>
        <w:t xml:space="preserve"> Completed 8/27/2025</w:t>
      </w:r>
    </w:p>
    <w:p w14:paraId="640E11E6" w14:textId="36CEB4F1" w:rsidR="00091751" w:rsidRPr="00091751" w:rsidRDefault="00EF1F11" w:rsidP="00091751">
      <w:pPr>
        <w:rPr>
          <w:rFonts w:asciiTheme="majorHAnsi" w:hAnsiTheme="majorHAnsi" w:cstheme="majorHAnsi"/>
          <w:b/>
          <w:bCs/>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sidR="00091751">
        <w:rPr>
          <w:rFonts w:asciiTheme="majorHAnsi" w:hAnsiTheme="majorHAnsi" w:cstheme="majorHAnsi"/>
          <w:sz w:val="26"/>
          <w:szCs w:val="26"/>
        </w:rPr>
        <w:t xml:space="preserve"> </w:t>
      </w:r>
      <w:r w:rsidR="00091751" w:rsidRPr="00091751">
        <w:rPr>
          <w:rFonts w:asciiTheme="majorHAnsi" w:hAnsiTheme="majorHAnsi" w:cstheme="majorHAnsi"/>
          <w:sz w:val="26"/>
          <w:szCs w:val="26"/>
        </w:rPr>
        <w:t>IM recommends that there should be a way of preserving the evidence as BWC videos or at least transcripts to access in the future if there is a similar complaint(s). What is the role of the person who asked AAPD officers to issue a trespassing warning?  Evalua</w:t>
      </w:r>
      <w:r w:rsidR="00091751">
        <w:rPr>
          <w:rFonts w:asciiTheme="majorHAnsi" w:hAnsiTheme="majorHAnsi" w:cstheme="majorHAnsi"/>
          <w:sz w:val="26"/>
          <w:szCs w:val="26"/>
        </w:rPr>
        <w:t>ti</w:t>
      </w:r>
      <w:r w:rsidR="00091751" w:rsidRPr="00091751">
        <w:rPr>
          <w:rFonts w:asciiTheme="majorHAnsi" w:hAnsiTheme="majorHAnsi" w:cstheme="majorHAnsi"/>
          <w:sz w:val="26"/>
          <w:szCs w:val="26"/>
        </w:rPr>
        <w:t xml:space="preserve">ng the </w:t>
      </w:r>
      <w:r w:rsidR="00091751">
        <w:rPr>
          <w:rFonts w:asciiTheme="majorHAnsi" w:hAnsiTheme="majorHAnsi" w:cstheme="majorHAnsi"/>
          <w:sz w:val="26"/>
          <w:szCs w:val="26"/>
        </w:rPr>
        <w:t>s</w:t>
      </w:r>
      <w:r w:rsidR="00091751" w:rsidRPr="00091751">
        <w:rPr>
          <w:rFonts w:asciiTheme="majorHAnsi" w:hAnsiTheme="majorHAnsi" w:cstheme="majorHAnsi"/>
          <w:sz w:val="26"/>
          <w:szCs w:val="26"/>
        </w:rPr>
        <w:t>itua</w:t>
      </w:r>
      <w:r w:rsidR="00091751">
        <w:rPr>
          <w:rFonts w:asciiTheme="majorHAnsi" w:hAnsiTheme="majorHAnsi" w:cstheme="majorHAnsi"/>
          <w:sz w:val="26"/>
          <w:szCs w:val="26"/>
        </w:rPr>
        <w:t>ti</w:t>
      </w:r>
      <w:r w:rsidR="00091751" w:rsidRPr="00091751">
        <w:rPr>
          <w:rFonts w:asciiTheme="majorHAnsi" w:hAnsiTheme="majorHAnsi" w:cstheme="majorHAnsi"/>
          <w:sz w:val="26"/>
          <w:szCs w:val="26"/>
        </w:rPr>
        <w:t>on and condi</w:t>
      </w:r>
      <w:r w:rsidR="00091751">
        <w:rPr>
          <w:rFonts w:asciiTheme="majorHAnsi" w:hAnsiTheme="majorHAnsi" w:cstheme="majorHAnsi"/>
          <w:sz w:val="26"/>
          <w:szCs w:val="26"/>
        </w:rPr>
        <w:t>ti</w:t>
      </w:r>
      <w:r w:rsidR="00091751" w:rsidRPr="00091751">
        <w:rPr>
          <w:rFonts w:asciiTheme="majorHAnsi" w:hAnsiTheme="majorHAnsi" w:cstheme="majorHAnsi"/>
          <w:sz w:val="26"/>
          <w:szCs w:val="26"/>
        </w:rPr>
        <w:t>ons of Mr. Bersee, was he offered any mental help or any  other help during his “crisis”</w:t>
      </w:r>
    </w:p>
    <w:p w14:paraId="7262AC75" w14:textId="77777777" w:rsidR="00FD4714" w:rsidRDefault="00FD4714" w:rsidP="00EF1F11">
      <w:pPr>
        <w:rPr>
          <w:rFonts w:asciiTheme="majorHAnsi" w:hAnsiTheme="majorHAnsi" w:cstheme="majorHAnsi"/>
          <w:sz w:val="26"/>
          <w:szCs w:val="26"/>
        </w:rPr>
      </w:pPr>
    </w:p>
    <w:p w14:paraId="2CDED684" w14:textId="1FED6C5B" w:rsidR="00EF1F11" w:rsidRPr="008F3364" w:rsidRDefault="00EF1F11" w:rsidP="00EF1F11">
      <w:pPr>
        <w:rPr>
          <w:rFonts w:asciiTheme="majorHAnsi" w:hAnsiTheme="majorHAnsi" w:cstheme="majorHAnsi"/>
          <w:sz w:val="26"/>
          <w:szCs w:val="26"/>
        </w:rPr>
      </w:pPr>
      <w:r w:rsidRPr="008F3364">
        <w:rPr>
          <w:rFonts w:asciiTheme="majorHAnsi" w:hAnsiTheme="majorHAnsi" w:cstheme="majorHAnsi"/>
          <w:b/>
          <w:bCs/>
          <w:sz w:val="26"/>
          <w:szCs w:val="26"/>
        </w:rPr>
        <w:lastRenderedPageBreak/>
        <w:t>YEAR</w:t>
      </w:r>
      <w:r w:rsidRPr="008F3364">
        <w:rPr>
          <w:rFonts w:asciiTheme="majorHAnsi" w:hAnsiTheme="majorHAnsi" w:cstheme="majorHAnsi"/>
          <w:sz w:val="26"/>
          <w:szCs w:val="26"/>
        </w:rPr>
        <w:t>: 2025</w:t>
      </w:r>
    </w:p>
    <w:p w14:paraId="7BD85839" w14:textId="4A3D389D" w:rsidR="00EF1F11" w:rsidRPr="008F3364" w:rsidRDefault="00EF1F11" w:rsidP="00EF1F11">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w:t>
      </w:r>
      <w:r>
        <w:rPr>
          <w:rFonts w:asciiTheme="majorHAnsi" w:hAnsiTheme="majorHAnsi" w:cstheme="majorHAnsi"/>
          <w:sz w:val="26"/>
          <w:szCs w:val="26"/>
        </w:rPr>
        <w:t>6</w:t>
      </w:r>
    </w:p>
    <w:p w14:paraId="35BD6D7B" w14:textId="5AF2C466" w:rsidR="00EF1F11" w:rsidRPr="008F3364" w:rsidRDefault="00EF1F11" w:rsidP="00EF1F11">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xml:space="preserve">: </w:t>
      </w:r>
      <w:r>
        <w:rPr>
          <w:rFonts w:asciiTheme="majorHAnsi" w:hAnsiTheme="majorHAnsi" w:cstheme="majorHAnsi"/>
          <w:sz w:val="26"/>
          <w:szCs w:val="26"/>
        </w:rPr>
        <w:t>9</w:t>
      </w:r>
      <w:r w:rsidRPr="008F3364">
        <w:rPr>
          <w:rFonts w:asciiTheme="majorHAnsi" w:hAnsiTheme="majorHAnsi" w:cstheme="majorHAnsi"/>
          <w:sz w:val="26"/>
          <w:szCs w:val="26"/>
        </w:rPr>
        <w:t>/</w:t>
      </w:r>
      <w:r>
        <w:rPr>
          <w:rFonts w:asciiTheme="majorHAnsi" w:hAnsiTheme="majorHAnsi" w:cstheme="majorHAnsi"/>
          <w:sz w:val="26"/>
          <w:szCs w:val="26"/>
        </w:rPr>
        <w:t>20</w:t>
      </w:r>
      <w:r w:rsidRPr="008F3364">
        <w:rPr>
          <w:rFonts w:asciiTheme="majorHAnsi" w:hAnsiTheme="majorHAnsi" w:cstheme="majorHAnsi"/>
          <w:sz w:val="26"/>
          <w:szCs w:val="26"/>
        </w:rPr>
        <w:t>/2025</w:t>
      </w:r>
    </w:p>
    <w:p w14:paraId="3F1DDB61" w14:textId="008A85E0" w:rsidR="00EF1F11" w:rsidRPr="008F3364" w:rsidRDefault="00EF1F11" w:rsidP="00EF1F11">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 xml:space="preserve"> </w:t>
      </w:r>
      <w:r w:rsidRPr="00EF1F11">
        <w:rPr>
          <w:rFonts w:asciiTheme="majorHAnsi" w:hAnsiTheme="majorHAnsi" w:cstheme="majorHAnsi"/>
          <w:sz w:val="26"/>
          <w:szCs w:val="26"/>
        </w:rPr>
        <w:t>My mom punched me hard 3 times on my left shoulder when she had thought that I wasn’t paying attention to her explanation of the content of a social media video. I asked her why was a person in the video laughing weirdly? I had told her for a while before to not go on long rambles and I felt that she was going to do it this time so I told her “Stop” multiple times. Then, she came up to me, pretended like she was gonna do something, and then unexpectedly did it. This is not the first time where she has made physical moves towards me that hurt. I had told her several times in the past to stop hurting me when there’s no threat anywhere. Because this had been going on for years, I got sick and tired of taking it, swallowing it up and feeling hopeless and defenseless so I called the cops so she can just be given an explanation and be held accountable.</w:t>
      </w:r>
      <w:r>
        <w:rPr>
          <w:rFonts w:asciiTheme="majorHAnsi" w:hAnsiTheme="majorHAnsi" w:cstheme="majorHAnsi"/>
          <w:sz w:val="26"/>
          <w:szCs w:val="26"/>
        </w:rPr>
        <w:t xml:space="preserve"> </w:t>
      </w:r>
      <w:r w:rsidRPr="00EF1F11">
        <w:rPr>
          <w:rFonts w:asciiTheme="majorHAnsi" w:hAnsiTheme="majorHAnsi" w:cstheme="majorHAnsi"/>
          <w:sz w:val="26"/>
          <w:szCs w:val="26"/>
        </w:rPr>
        <w:t>I texted 911 because inflicting harm physically is assault (I didn’t specify physical assault, mistake on my end).</w:t>
      </w:r>
      <w:r>
        <w:rPr>
          <w:rFonts w:asciiTheme="majorHAnsi" w:hAnsiTheme="majorHAnsi" w:cstheme="majorHAnsi"/>
          <w:sz w:val="26"/>
          <w:szCs w:val="26"/>
        </w:rPr>
        <w:t xml:space="preserve"> </w:t>
      </w:r>
      <w:r w:rsidRPr="00EF1F11">
        <w:rPr>
          <w:rFonts w:asciiTheme="majorHAnsi" w:hAnsiTheme="majorHAnsi" w:cstheme="majorHAnsi"/>
          <w:sz w:val="26"/>
          <w:szCs w:val="26"/>
        </w:rPr>
        <w:t xml:space="preserve">Both of the officers did not cooperate with me at all. They kept doubting what I had brought them for, did not believe most of the stuff I was telling them, were one-sided, repeatedly made false accusations that I was interrupting over them, cut me off numerous times when I did try to say a full sentence, told me to eat up their remarks and that I did everything wrong and was lying, forced me to apologize while not telling me that they have told my mom to stop/step back a bit, made me say something I did not mean, mocked me for not giving precise math percentage numbers and being super broad, justified domestic violence and said that it’s just a part of growing up, didn’t acknowledge any form of equal treatment and that parents get to have a free pass from doing anything to their son/daughter, falsely accused me of having a disability. said that </w:t>
      </w:r>
      <w:r w:rsidRPr="00EF1F11">
        <w:rPr>
          <w:rFonts w:asciiTheme="majorHAnsi" w:hAnsiTheme="majorHAnsi" w:cstheme="majorHAnsi"/>
          <w:sz w:val="26"/>
          <w:szCs w:val="26"/>
        </w:rPr>
        <w:lastRenderedPageBreak/>
        <w:t>I need therapy for the way I’m treated, doubted me for being unable to reenact the punch with the black officer when I had already told them right before that I wasn’t able to, repeatedly made false remarks that it was a tap and not a few punches, didn’t seem to get the idea that not everyone is a tall strong and healthy person and that not everyone has the same pain tolerance (also that doesn’t make you sensitive), said that I didn’t speak to mom once when the cops came (true) but when I did start to speak to her they falsely accused me of interruption (ok, cool logic mister), and whispered things to each other and to mom that they didn’t want me to hear (for what reason other than not being transparent?). Absolute jerks who are stuck in the past and are inconsiderate. They also make my mom play the victim instead of coming to a mutual agreement where she just stops doing one thing and calling it there.</w:t>
      </w:r>
      <w:r>
        <w:rPr>
          <w:rFonts w:asciiTheme="majorHAnsi" w:hAnsiTheme="majorHAnsi" w:cstheme="majorHAnsi"/>
          <w:sz w:val="26"/>
          <w:szCs w:val="26"/>
        </w:rPr>
        <w:t xml:space="preserve"> </w:t>
      </w:r>
      <w:r w:rsidRPr="00EF1F11">
        <w:rPr>
          <w:rFonts w:asciiTheme="majorHAnsi" w:hAnsiTheme="majorHAnsi" w:cstheme="majorHAnsi"/>
          <w:sz w:val="26"/>
          <w:szCs w:val="26"/>
        </w:rPr>
        <w:t>I do admit that calling the police for this is kinda pushing it but as I said above I had no other resources. This situation is all over the place. All I wanted out of this was some questioning, but instead I got cops who think that they know all the answers and the gist of everything.</w:t>
      </w:r>
      <w:r>
        <w:rPr>
          <w:rFonts w:asciiTheme="majorHAnsi" w:hAnsiTheme="majorHAnsi" w:cstheme="majorHAnsi"/>
          <w:sz w:val="26"/>
          <w:szCs w:val="26"/>
        </w:rPr>
        <w:t xml:space="preserve"> </w:t>
      </w:r>
      <w:r w:rsidRPr="00EF1F11">
        <w:rPr>
          <w:rFonts w:asciiTheme="majorHAnsi" w:hAnsiTheme="majorHAnsi" w:cstheme="majorHAnsi"/>
          <w:sz w:val="26"/>
          <w:szCs w:val="26"/>
        </w:rPr>
        <w:t>I have stated above where I was wrong, but the cops were bullying me for most of the interaction. Sad.</w:t>
      </w:r>
      <w:r>
        <w:rPr>
          <w:rFonts w:asciiTheme="majorHAnsi" w:hAnsiTheme="majorHAnsi" w:cstheme="majorHAnsi"/>
          <w:sz w:val="26"/>
          <w:szCs w:val="26"/>
        </w:rPr>
        <w:t xml:space="preserve"> </w:t>
      </w:r>
      <w:r w:rsidRPr="00EF1F11">
        <w:rPr>
          <w:rFonts w:asciiTheme="majorHAnsi" w:hAnsiTheme="majorHAnsi" w:cstheme="majorHAnsi"/>
          <w:sz w:val="26"/>
          <w:szCs w:val="26"/>
        </w:rPr>
        <w:t>No one deserves to lose their livelihood over anything. People just need to be held accountable and not stand over people who they can stand on and stand on them anytime they have the opportunity.</w:t>
      </w:r>
    </w:p>
    <w:p w14:paraId="7775EDF4" w14:textId="26029BEA" w:rsidR="00EF1F11" w:rsidRPr="008F3364" w:rsidRDefault="00EF1F11" w:rsidP="00EF1F11">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 xml:space="preserve">: </w:t>
      </w:r>
      <w:r w:rsidR="00C75D43">
        <w:rPr>
          <w:rFonts w:asciiTheme="majorHAnsi" w:hAnsiTheme="majorHAnsi" w:cstheme="majorHAnsi"/>
          <w:sz w:val="26"/>
          <w:szCs w:val="26"/>
        </w:rPr>
        <w:t>Closed</w:t>
      </w:r>
    </w:p>
    <w:p w14:paraId="0B54930A" w14:textId="46998C2C" w:rsidR="00C75D43" w:rsidRPr="00C75D43" w:rsidRDefault="00EF1F11" w:rsidP="00C75D43">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 xml:space="preserve">: </w:t>
      </w:r>
      <w:r w:rsidR="00C75D43" w:rsidRPr="00C75D43">
        <w:rPr>
          <w:rFonts w:asciiTheme="majorHAnsi" w:hAnsiTheme="majorHAnsi" w:cstheme="majorHAnsi"/>
          <w:sz w:val="26"/>
          <w:szCs w:val="26"/>
        </w:rPr>
        <w:t>The officers remained on scene for approximately one hour and completed a thorough Domestic Violence investigation based on the complainant’s original allegations. There are no policy violations, and this allegation is closed.</w:t>
      </w:r>
    </w:p>
    <w:p w14:paraId="0236A20E" w14:textId="68AA7A41" w:rsidR="00EF1F11" w:rsidRPr="008F3364" w:rsidRDefault="00EF1F11" w:rsidP="00EF1F11">
      <w:pPr>
        <w:rPr>
          <w:rFonts w:asciiTheme="majorHAnsi" w:hAnsiTheme="majorHAnsi" w:cstheme="majorHAnsi"/>
          <w:sz w:val="26"/>
          <w:szCs w:val="26"/>
        </w:rPr>
      </w:pPr>
    </w:p>
    <w:p w14:paraId="04F3A2AB" w14:textId="315FE8ED" w:rsidR="00EF1F11" w:rsidRPr="008F3364" w:rsidRDefault="00EF1F11" w:rsidP="00EF1F11">
      <w:pPr>
        <w:rPr>
          <w:rFonts w:asciiTheme="majorHAnsi" w:hAnsiTheme="majorHAnsi" w:cstheme="majorHAnsi"/>
          <w:sz w:val="26"/>
          <w:szCs w:val="26"/>
        </w:rPr>
      </w:pPr>
      <w:r w:rsidRPr="008F3364">
        <w:rPr>
          <w:rFonts w:asciiTheme="majorHAnsi" w:hAnsiTheme="majorHAnsi" w:cstheme="majorHAnsi"/>
          <w:b/>
          <w:bCs/>
          <w:sz w:val="26"/>
          <w:szCs w:val="26"/>
        </w:rPr>
        <w:lastRenderedPageBreak/>
        <w:t>IM ASSIGNED</w:t>
      </w:r>
      <w:r w:rsidRPr="008F3364">
        <w:rPr>
          <w:rFonts w:asciiTheme="majorHAnsi" w:hAnsiTheme="majorHAnsi" w:cstheme="majorHAnsi"/>
          <w:sz w:val="26"/>
          <w:szCs w:val="26"/>
        </w:rPr>
        <w:t>:</w:t>
      </w:r>
      <w:r w:rsidR="00C75D43">
        <w:rPr>
          <w:rFonts w:asciiTheme="majorHAnsi" w:hAnsiTheme="majorHAnsi" w:cstheme="majorHAnsi"/>
          <w:sz w:val="26"/>
          <w:szCs w:val="26"/>
        </w:rPr>
        <w:t xml:space="preserve"> </w:t>
      </w:r>
      <w:r w:rsidR="00C75D43">
        <w:rPr>
          <w:rFonts w:asciiTheme="majorHAnsi" w:hAnsiTheme="majorHAnsi" w:cstheme="majorHAnsi"/>
          <w:sz w:val="26"/>
          <w:szCs w:val="26"/>
        </w:rPr>
        <w:t>Mohammad Othman</w:t>
      </w:r>
    </w:p>
    <w:p w14:paraId="5ABA9784" w14:textId="68E8FAED" w:rsidR="00EF1F11" w:rsidRPr="008F3364" w:rsidRDefault="00EF1F11" w:rsidP="00EF1F11">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sidR="00C75D43">
        <w:rPr>
          <w:rFonts w:asciiTheme="majorHAnsi" w:hAnsiTheme="majorHAnsi" w:cstheme="majorHAnsi"/>
          <w:sz w:val="26"/>
          <w:szCs w:val="26"/>
        </w:rPr>
        <w:t xml:space="preserve"> Completed 10/27/2025</w:t>
      </w:r>
    </w:p>
    <w:p w14:paraId="3EB46042" w14:textId="49639C39" w:rsidR="00100775" w:rsidRDefault="00EF1F11">
      <w:pPr>
        <w:rPr>
          <w:rFonts w:asciiTheme="majorHAnsi" w:hAnsiTheme="majorHAnsi" w:cstheme="majorHAnsi"/>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sidR="00C75D43">
        <w:rPr>
          <w:rFonts w:asciiTheme="majorHAnsi" w:hAnsiTheme="majorHAnsi" w:cstheme="majorHAnsi"/>
          <w:sz w:val="26"/>
          <w:szCs w:val="26"/>
        </w:rPr>
        <w:t xml:space="preserve"> </w:t>
      </w:r>
      <w:r w:rsidR="00C75D43" w:rsidRPr="00C75D43">
        <w:rPr>
          <w:rFonts w:asciiTheme="majorHAnsi" w:hAnsiTheme="majorHAnsi" w:cstheme="majorHAnsi"/>
          <w:sz w:val="26"/>
          <w:szCs w:val="26"/>
        </w:rPr>
        <w:t>ICPOC-IM concurs with the AAPD findings</w:t>
      </w:r>
    </w:p>
    <w:p w14:paraId="17916805" w14:textId="77777777" w:rsidR="00C75D43" w:rsidRDefault="00C75D43">
      <w:pPr>
        <w:rPr>
          <w:rFonts w:asciiTheme="majorHAnsi" w:hAnsiTheme="majorHAnsi" w:cstheme="majorHAnsi"/>
          <w:sz w:val="26"/>
          <w:szCs w:val="26"/>
        </w:rPr>
      </w:pPr>
    </w:p>
    <w:p w14:paraId="5FF429F2" w14:textId="77777777" w:rsidR="00C75D43" w:rsidRDefault="00C75D43">
      <w:pPr>
        <w:rPr>
          <w:rFonts w:asciiTheme="majorHAnsi" w:hAnsiTheme="majorHAnsi" w:cstheme="majorHAnsi"/>
          <w:sz w:val="26"/>
          <w:szCs w:val="26"/>
        </w:rPr>
      </w:pPr>
    </w:p>
    <w:p w14:paraId="7628D934" w14:textId="77777777" w:rsidR="00C75D43" w:rsidRDefault="00C75D43">
      <w:pPr>
        <w:rPr>
          <w:rFonts w:asciiTheme="majorHAnsi" w:hAnsiTheme="majorHAnsi" w:cstheme="majorHAnsi"/>
          <w:sz w:val="26"/>
          <w:szCs w:val="26"/>
        </w:rPr>
      </w:pPr>
    </w:p>
    <w:p w14:paraId="5E019F4A" w14:textId="77777777" w:rsidR="00C75D43" w:rsidRDefault="00C75D43">
      <w:pPr>
        <w:rPr>
          <w:rFonts w:asciiTheme="majorHAnsi" w:hAnsiTheme="majorHAnsi" w:cstheme="majorHAnsi"/>
          <w:sz w:val="26"/>
          <w:szCs w:val="26"/>
        </w:rPr>
      </w:pPr>
    </w:p>
    <w:p w14:paraId="232C317E" w14:textId="77777777" w:rsidR="00C75D43" w:rsidRDefault="00C75D43">
      <w:pPr>
        <w:rPr>
          <w:rFonts w:asciiTheme="majorHAnsi" w:hAnsiTheme="majorHAnsi" w:cstheme="majorHAnsi"/>
          <w:sz w:val="26"/>
          <w:szCs w:val="26"/>
        </w:rPr>
      </w:pPr>
    </w:p>
    <w:p w14:paraId="766416B0" w14:textId="77777777" w:rsidR="00C75D43" w:rsidRDefault="00C75D43">
      <w:pPr>
        <w:rPr>
          <w:rFonts w:asciiTheme="majorHAnsi" w:hAnsiTheme="majorHAnsi" w:cstheme="majorHAnsi"/>
          <w:sz w:val="26"/>
          <w:szCs w:val="26"/>
        </w:rPr>
      </w:pPr>
    </w:p>
    <w:p w14:paraId="14E34C46" w14:textId="77777777" w:rsidR="00C75D43" w:rsidRDefault="00C75D43">
      <w:pPr>
        <w:rPr>
          <w:rFonts w:asciiTheme="majorHAnsi" w:hAnsiTheme="majorHAnsi" w:cstheme="majorHAnsi"/>
          <w:sz w:val="26"/>
          <w:szCs w:val="26"/>
        </w:rPr>
      </w:pPr>
    </w:p>
    <w:p w14:paraId="4FBB9605" w14:textId="77777777" w:rsidR="00C75D43" w:rsidRDefault="00C75D43">
      <w:pPr>
        <w:rPr>
          <w:rFonts w:asciiTheme="majorHAnsi" w:hAnsiTheme="majorHAnsi" w:cstheme="majorHAnsi"/>
          <w:sz w:val="26"/>
          <w:szCs w:val="26"/>
        </w:rPr>
      </w:pPr>
    </w:p>
    <w:p w14:paraId="749CE7AB" w14:textId="77777777" w:rsidR="00C75D43" w:rsidRDefault="00C75D43">
      <w:pPr>
        <w:rPr>
          <w:rFonts w:asciiTheme="majorHAnsi" w:hAnsiTheme="majorHAnsi" w:cstheme="majorHAnsi"/>
          <w:sz w:val="26"/>
          <w:szCs w:val="26"/>
        </w:rPr>
      </w:pPr>
    </w:p>
    <w:p w14:paraId="70421C0E" w14:textId="77777777" w:rsidR="00C75D43" w:rsidRDefault="00C75D43">
      <w:pPr>
        <w:rPr>
          <w:rFonts w:asciiTheme="majorHAnsi" w:hAnsiTheme="majorHAnsi" w:cstheme="majorHAnsi"/>
          <w:sz w:val="26"/>
          <w:szCs w:val="26"/>
        </w:rPr>
      </w:pPr>
    </w:p>
    <w:p w14:paraId="024E6B89" w14:textId="77777777" w:rsidR="00C75D43" w:rsidRDefault="00C75D43">
      <w:pPr>
        <w:rPr>
          <w:rFonts w:asciiTheme="majorHAnsi" w:hAnsiTheme="majorHAnsi" w:cstheme="majorHAnsi"/>
          <w:sz w:val="26"/>
          <w:szCs w:val="26"/>
        </w:rPr>
      </w:pPr>
    </w:p>
    <w:p w14:paraId="6E05D9DC" w14:textId="77777777" w:rsidR="00C75D43" w:rsidRDefault="00C75D43">
      <w:pPr>
        <w:rPr>
          <w:rFonts w:asciiTheme="majorHAnsi" w:hAnsiTheme="majorHAnsi" w:cstheme="majorHAnsi"/>
          <w:sz w:val="26"/>
          <w:szCs w:val="26"/>
        </w:rPr>
      </w:pPr>
    </w:p>
    <w:p w14:paraId="685596E3" w14:textId="77777777" w:rsidR="00C75D43" w:rsidRDefault="00C75D43">
      <w:pPr>
        <w:rPr>
          <w:rFonts w:asciiTheme="majorHAnsi" w:hAnsiTheme="majorHAnsi" w:cstheme="majorHAnsi"/>
          <w:sz w:val="26"/>
          <w:szCs w:val="26"/>
        </w:rPr>
      </w:pPr>
    </w:p>
    <w:p w14:paraId="7879462C" w14:textId="77777777" w:rsidR="00C75D43" w:rsidRDefault="00C75D43">
      <w:pPr>
        <w:rPr>
          <w:rFonts w:asciiTheme="majorHAnsi" w:hAnsiTheme="majorHAnsi" w:cstheme="majorHAnsi"/>
          <w:sz w:val="26"/>
          <w:szCs w:val="26"/>
        </w:rPr>
      </w:pPr>
    </w:p>
    <w:p w14:paraId="331877A7" w14:textId="77777777" w:rsidR="00C75D43" w:rsidRDefault="00C75D43">
      <w:pPr>
        <w:rPr>
          <w:rFonts w:asciiTheme="majorHAnsi" w:hAnsiTheme="majorHAnsi" w:cstheme="majorHAnsi"/>
          <w:sz w:val="26"/>
          <w:szCs w:val="26"/>
        </w:rPr>
      </w:pPr>
    </w:p>
    <w:p w14:paraId="1F1EEBA4" w14:textId="77777777"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lastRenderedPageBreak/>
        <w:t>YEAR</w:t>
      </w:r>
      <w:r w:rsidRPr="008F3364">
        <w:rPr>
          <w:rFonts w:asciiTheme="majorHAnsi" w:hAnsiTheme="majorHAnsi" w:cstheme="majorHAnsi"/>
          <w:sz w:val="26"/>
          <w:szCs w:val="26"/>
        </w:rPr>
        <w:t>: 2025</w:t>
      </w:r>
    </w:p>
    <w:p w14:paraId="0042B57E" w14:textId="0A1EC1F2"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w:t>
      </w:r>
      <w:r>
        <w:rPr>
          <w:rFonts w:asciiTheme="majorHAnsi" w:hAnsiTheme="majorHAnsi" w:cstheme="majorHAnsi"/>
          <w:sz w:val="26"/>
          <w:szCs w:val="26"/>
        </w:rPr>
        <w:t>7</w:t>
      </w:r>
    </w:p>
    <w:p w14:paraId="1A395E1F" w14:textId="1175C92B"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xml:space="preserve">: </w:t>
      </w:r>
      <w:r>
        <w:rPr>
          <w:rFonts w:asciiTheme="majorHAnsi" w:hAnsiTheme="majorHAnsi" w:cstheme="majorHAnsi"/>
          <w:sz w:val="26"/>
          <w:szCs w:val="26"/>
        </w:rPr>
        <w:t>9</w:t>
      </w:r>
      <w:r w:rsidRPr="008F3364">
        <w:rPr>
          <w:rFonts w:asciiTheme="majorHAnsi" w:hAnsiTheme="majorHAnsi" w:cstheme="majorHAnsi"/>
          <w:sz w:val="26"/>
          <w:szCs w:val="26"/>
        </w:rPr>
        <w:t>/</w:t>
      </w:r>
      <w:r>
        <w:rPr>
          <w:rFonts w:asciiTheme="majorHAnsi" w:hAnsiTheme="majorHAnsi" w:cstheme="majorHAnsi"/>
          <w:sz w:val="26"/>
          <w:szCs w:val="26"/>
        </w:rPr>
        <w:t>24</w:t>
      </w:r>
      <w:r w:rsidRPr="008F3364">
        <w:rPr>
          <w:rFonts w:asciiTheme="majorHAnsi" w:hAnsiTheme="majorHAnsi" w:cstheme="majorHAnsi"/>
          <w:sz w:val="26"/>
          <w:szCs w:val="26"/>
        </w:rPr>
        <w:t>/2025</w:t>
      </w:r>
    </w:p>
    <w:p w14:paraId="35BCF593" w14:textId="77777777" w:rsidR="00C75D43"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 xml:space="preserve"> </w:t>
      </w:r>
      <w:r w:rsidRPr="00C75D43">
        <w:rPr>
          <w:rFonts w:asciiTheme="majorHAnsi" w:hAnsiTheme="majorHAnsi" w:cstheme="majorHAnsi"/>
          <w:sz w:val="26"/>
          <w:szCs w:val="26"/>
        </w:rPr>
        <w:t xml:space="preserve">Does the AAPD know the definition of vulnerable, at-risk marginalized after finishing an eight week course with NAMI (Carol Galler) or just refuse to care about the homeless? I contacted the Police Department and Ann Arbor CPOC (five phones calls were made). I also spoke with Cynthia Harrison briefly at an Ann Arbor City Council Meeting concerning my only black son Brandon Isaac Kelly and the alleged incident at Target . I have been gaslighted or totally ignored through the whole process by these individuals or entities involving my son . I gave my information nobody has called or emailed as promised to me. Maryanne Frank? Chief of police Andre Anderson? Detective? Unconscionable! My son was homeless battling chronic mental illness when arrested, placed in handcuffs and confined to WCJ in July. My son has shared with me about multiple times the police have been called on him for just minding his business and enjoying his day off of work at the park or hanging out in downtown Ann Arbor or being followed by management in Target telling my son she can if she wants to why do they have security that’s their job to surveillance no her job is to manage a store security is for securing the store. Prior to his setbacks he has worked full-time in restaurants with no benefits on top of overtime and being a digital creator in Ann Arbor yet several of these jobs the employees were giving him a really hard time as management looked away. I guess being a </w:t>
      </w:r>
      <w:proofErr w:type="spellStart"/>
      <w:r w:rsidRPr="00C75D43">
        <w:rPr>
          <w:rFonts w:asciiTheme="majorHAnsi" w:hAnsiTheme="majorHAnsi" w:cstheme="majorHAnsi"/>
          <w:sz w:val="26"/>
          <w:szCs w:val="26"/>
        </w:rPr>
        <w:t>hard working</w:t>
      </w:r>
      <w:proofErr w:type="spellEnd"/>
      <w:r w:rsidRPr="00C75D43">
        <w:rPr>
          <w:rFonts w:asciiTheme="majorHAnsi" w:hAnsiTheme="majorHAnsi" w:cstheme="majorHAnsi"/>
          <w:sz w:val="26"/>
          <w:szCs w:val="26"/>
        </w:rPr>
        <w:t xml:space="preserve"> 27 year old black man with a strong work ethic with talents and battling chronic mental illness comes with stigmas when dealing with systemic racism in Washtenaw County and doesn’t fit their narrative of young black men being “lazy”. 4X’s more blacks being charged with a crime in Washtenaw County yet we </w:t>
      </w:r>
      <w:r w:rsidRPr="00C75D43">
        <w:rPr>
          <w:rFonts w:asciiTheme="majorHAnsi" w:hAnsiTheme="majorHAnsi" w:cstheme="majorHAnsi"/>
          <w:sz w:val="26"/>
          <w:szCs w:val="26"/>
        </w:rPr>
        <w:lastRenderedPageBreak/>
        <w:t xml:space="preserve">make up almost 17% in Washtenaw County how can my son thrive in Arbor </w:t>
      </w:r>
      <w:proofErr w:type="spellStart"/>
      <w:r w:rsidRPr="00C75D43">
        <w:rPr>
          <w:rFonts w:asciiTheme="majorHAnsi" w:hAnsiTheme="majorHAnsi" w:cstheme="majorHAnsi"/>
          <w:sz w:val="26"/>
          <w:szCs w:val="26"/>
        </w:rPr>
        <w:t>Arbor</w:t>
      </w:r>
      <w:proofErr w:type="spellEnd"/>
      <w:r w:rsidRPr="00C75D43">
        <w:rPr>
          <w:rFonts w:asciiTheme="majorHAnsi" w:hAnsiTheme="majorHAnsi" w:cstheme="majorHAnsi"/>
          <w:sz w:val="26"/>
          <w:szCs w:val="26"/>
        </w:rPr>
        <w:t xml:space="preserve"> when being targeted in a community meant to protect and serve him? Make it make sense! OCOP mission states to promote POSITIVE interactions between police department and MEMBERS of vulnerable, at-risk marginalized groups within the community, to ensure ALL community voices are heard, transparency, bring COMMUNITY voices to the table, improve COMMUNITY relations with police, respectful treatment of community members and build MUTUAL trust between community. Enough is enough!</w:t>
      </w:r>
    </w:p>
    <w:p w14:paraId="16280204" w14:textId="08581226"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 xml:space="preserve">: </w:t>
      </w:r>
      <w:r>
        <w:rPr>
          <w:rFonts w:asciiTheme="majorHAnsi" w:hAnsiTheme="majorHAnsi" w:cstheme="majorHAnsi"/>
          <w:sz w:val="26"/>
          <w:szCs w:val="26"/>
        </w:rPr>
        <w:t>Closed</w:t>
      </w:r>
    </w:p>
    <w:p w14:paraId="17E1FF5D" w14:textId="2BF491CA"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 xml:space="preserve">: </w:t>
      </w:r>
      <w:r w:rsidRPr="00C75D43">
        <w:rPr>
          <w:rFonts w:asciiTheme="majorHAnsi" w:hAnsiTheme="majorHAnsi" w:cstheme="majorHAnsi"/>
          <w:sz w:val="26"/>
          <w:szCs w:val="26"/>
        </w:rPr>
        <w:t>Ms. Kelly did not have a specific complaint about any Ann Arbor officer and was more so frustrated with not knowing what was going on with her son and his mental health treatment at the Washtenaw County jail.</w:t>
      </w:r>
    </w:p>
    <w:p w14:paraId="540E5732" w14:textId="45BC6B78" w:rsidR="00C75D43"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IM ASSIGNED</w:t>
      </w:r>
      <w:r w:rsidRPr="008F3364">
        <w:rPr>
          <w:rFonts w:asciiTheme="majorHAnsi" w:hAnsiTheme="majorHAnsi" w:cstheme="majorHAnsi"/>
          <w:sz w:val="26"/>
          <w:szCs w:val="26"/>
        </w:rPr>
        <w:t>:</w:t>
      </w:r>
      <w:r>
        <w:rPr>
          <w:rFonts w:asciiTheme="majorHAnsi" w:hAnsiTheme="majorHAnsi" w:cstheme="majorHAnsi"/>
          <w:sz w:val="26"/>
          <w:szCs w:val="26"/>
        </w:rPr>
        <w:t xml:space="preserve"> </w:t>
      </w:r>
      <w:r>
        <w:rPr>
          <w:rFonts w:asciiTheme="majorHAnsi" w:hAnsiTheme="majorHAnsi" w:cstheme="majorHAnsi"/>
          <w:sz w:val="26"/>
          <w:szCs w:val="26"/>
        </w:rPr>
        <w:t>N/A</w:t>
      </w:r>
      <w:r>
        <w:rPr>
          <w:rFonts w:asciiTheme="majorHAnsi" w:hAnsiTheme="majorHAnsi" w:cstheme="majorHAnsi"/>
          <w:sz w:val="26"/>
          <w:szCs w:val="26"/>
        </w:rPr>
        <w:t xml:space="preserve"> </w:t>
      </w:r>
    </w:p>
    <w:p w14:paraId="4533ECC9" w14:textId="28097A9D"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Pr>
          <w:rFonts w:asciiTheme="majorHAnsi" w:hAnsiTheme="majorHAnsi" w:cstheme="majorHAnsi"/>
          <w:sz w:val="26"/>
          <w:szCs w:val="26"/>
        </w:rPr>
        <w:t xml:space="preserve"> Completed </w:t>
      </w:r>
      <w:r>
        <w:rPr>
          <w:rFonts w:asciiTheme="majorHAnsi" w:hAnsiTheme="majorHAnsi" w:cstheme="majorHAnsi"/>
          <w:sz w:val="26"/>
          <w:szCs w:val="26"/>
        </w:rPr>
        <w:t>10</w:t>
      </w:r>
      <w:r>
        <w:rPr>
          <w:rFonts w:asciiTheme="majorHAnsi" w:hAnsiTheme="majorHAnsi" w:cstheme="majorHAnsi"/>
          <w:sz w:val="26"/>
          <w:szCs w:val="26"/>
        </w:rPr>
        <w:t>/</w:t>
      </w:r>
      <w:r>
        <w:rPr>
          <w:rFonts w:asciiTheme="majorHAnsi" w:hAnsiTheme="majorHAnsi" w:cstheme="majorHAnsi"/>
          <w:sz w:val="26"/>
          <w:szCs w:val="26"/>
        </w:rPr>
        <w:t>15</w:t>
      </w:r>
      <w:r>
        <w:rPr>
          <w:rFonts w:asciiTheme="majorHAnsi" w:hAnsiTheme="majorHAnsi" w:cstheme="majorHAnsi"/>
          <w:sz w:val="26"/>
          <w:szCs w:val="26"/>
        </w:rPr>
        <w:t>/2025</w:t>
      </w:r>
    </w:p>
    <w:p w14:paraId="740FA9C4" w14:textId="1D8D7324" w:rsidR="00C75D43"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Pr>
          <w:rFonts w:asciiTheme="majorHAnsi" w:hAnsiTheme="majorHAnsi" w:cstheme="majorHAnsi"/>
          <w:sz w:val="26"/>
          <w:szCs w:val="26"/>
        </w:rPr>
        <w:t xml:space="preserve"> </w:t>
      </w:r>
      <w:r w:rsidRPr="00C75D43">
        <w:rPr>
          <w:rFonts w:asciiTheme="majorHAnsi" w:hAnsiTheme="majorHAnsi" w:cstheme="majorHAnsi"/>
          <w:sz w:val="26"/>
          <w:szCs w:val="26"/>
        </w:rPr>
        <w:t xml:space="preserve">Complainant contacted and informed by AAPD of the </w:t>
      </w:r>
      <w:r w:rsidRPr="00C75D43">
        <w:rPr>
          <w:rFonts w:asciiTheme="majorHAnsi" w:hAnsiTheme="majorHAnsi" w:cstheme="majorHAnsi"/>
          <w:sz w:val="26"/>
          <w:szCs w:val="26"/>
        </w:rPr>
        <w:t>initial</w:t>
      </w:r>
      <w:r w:rsidRPr="00C75D43">
        <w:rPr>
          <w:rFonts w:asciiTheme="majorHAnsi" w:hAnsiTheme="majorHAnsi" w:cstheme="majorHAnsi"/>
          <w:sz w:val="26"/>
          <w:szCs w:val="26"/>
        </w:rPr>
        <w:t xml:space="preserve"> reason for sons arrest. Complainant received information for Washtenaw County Jail</w:t>
      </w:r>
      <w:r>
        <w:rPr>
          <w:rFonts w:asciiTheme="majorHAnsi" w:hAnsiTheme="majorHAnsi" w:cstheme="majorHAnsi"/>
          <w:sz w:val="26"/>
          <w:szCs w:val="26"/>
        </w:rPr>
        <w:t>.</w:t>
      </w:r>
    </w:p>
    <w:p w14:paraId="11D5FE42" w14:textId="77777777" w:rsidR="00C75D43" w:rsidRDefault="00C75D43" w:rsidP="00C75D43">
      <w:pPr>
        <w:rPr>
          <w:rFonts w:asciiTheme="majorHAnsi" w:hAnsiTheme="majorHAnsi" w:cstheme="majorHAnsi"/>
          <w:sz w:val="26"/>
          <w:szCs w:val="26"/>
        </w:rPr>
      </w:pPr>
    </w:p>
    <w:p w14:paraId="4CA9386A" w14:textId="77777777" w:rsidR="00C75D43" w:rsidRDefault="00C75D43" w:rsidP="00C75D43">
      <w:pPr>
        <w:rPr>
          <w:rFonts w:asciiTheme="majorHAnsi" w:hAnsiTheme="majorHAnsi" w:cstheme="majorHAnsi"/>
          <w:sz w:val="26"/>
          <w:szCs w:val="26"/>
        </w:rPr>
      </w:pPr>
    </w:p>
    <w:p w14:paraId="2195D5C3" w14:textId="77777777" w:rsidR="00C75D43" w:rsidRDefault="00C75D43" w:rsidP="00C75D43">
      <w:pPr>
        <w:rPr>
          <w:rFonts w:asciiTheme="majorHAnsi" w:hAnsiTheme="majorHAnsi" w:cstheme="majorHAnsi"/>
          <w:sz w:val="26"/>
          <w:szCs w:val="26"/>
        </w:rPr>
      </w:pPr>
    </w:p>
    <w:p w14:paraId="1D320C37" w14:textId="77777777" w:rsidR="00C75D43" w:rsidRDefault="00C75D43" w:rsidP="00C75D43">
      <w:pPr>
        <w:rPr>
          <w:rFonts w:asciiTheme="majorHAnsi" w:hAnsiTheme="majorHAnsi" w:cstheme="majorHAnsi"/>
          <w:sz w:val="26"/>
          <w:szCs w:val="26"/>
        </w:rPr>
      </w:pPr>
    </w:p>
    <w:p w14:paraId="0B8F9A4B" w14:textId="77777777" w:rsidR="00C75D43" w:rsidRDefault="00C75D43">
      <w:pPr>
        <w:rPr>
          <w:rFonts w:asciiTheme="majorHAnsi" w:hAnsiTheme="majorHAnsi" w:cstheme="majorHAnsi"/>
          <w:sz w:val="26"/>
          <w:szCs w:val="26"/>
        </w:rPr>
      </w:pPr>
    </w:p>
    <w:p w14:paraId="1DBA8975" w14:textId="77777777"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lastRenderedPageBreak/>
        <w:t>YEAR</w:t>
      </w:r>
      <w:r w:rsidRPr="008F3364">
        <w:rPr>
          <w:rFonts w:asciiTheme="majorHAnsi" w:hAnsiTheme="majorHAnsi" w:cstheme="majorHAnsi"/>
          <w:sz w:val="26"/>
          <w:szCs w:val="26"/>
        </w:rPr>
        <w:t>: 2025</w:t>
      </w:r>
    </w:p>
    <w:p w14:paraId="1837FEF6" w14:textId="23E64666"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w:t>
      </w:r>
      <w:r>
        <w:rPr>
          <w:rFonts w:asciiTheme="majorHAnsi" w:hAnsiTheme="majorHAnsi" w:cstheme="majorHAnsi"/>
          <w:sz w:val="26"/>
          <w:szCs w:val="26"/>
        </w:rPr>
        <w:t>8</w:t>
      </w:r>
    </w:p>
    <w:p w14:paraId="373CD259" w14:textId="20027BFC"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xml:space="preserve">: </w:t>
      </w:r>
      <w:r>
        <w:rPr>
          <w:rFonts w:asciiTheme="majorHAnsi" w:hAnsiTheme="majorHAnsi" w:cstheme="majorHAnsi"/>
          <w:sz w:val="26"/>
          <w:szCs w:val="26"/>
        </w:rPr>
        <w:t>10</w:t>
      </w:r>
      <w:r w:rsidRPr="008F3364">
        <w:rPr>
          <w:rFonts w:asciiTheme="majorHAnsi" w:hAnsiTheme="majorHAnsi" w:cstheme="majorHAnsi"/>
          <w:sz w:val="26"/>
          <w:szCs w:val="26"/>
        </w:rPr>
        <w:t>/</w:t>
      </w:r>
      <w:r>
        <w:rPr>
          <w:rFonts w:asciiTheme="majorHAnsi" w:hAnsiTheme="majorHAnsi" w:cstheme="majorHAnsi"/>
          <w:sz w:val="26"/>
          <w:szCs w:val="26"/>
        </w:rPr>
        <w:t>20</w:t>
      </w:r>
      <w:r w:rsidRPr="008F3364">
        <w:rPr>
          <w:rFonts w:asciiTheme="majorHAnsi" w:hAnsiTheme="majorHAnsi" w:cstheme="majorHAnsi"/>
          <w:sz w:val="26"/>
          <w:szCs w:val="26"/>
        </w:rPr>
        <w:t>/2025</w:t>
      </w:r>
    </w:p>
    <w:p w14:paraId="335E75E7" w14:textId="128CF224"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 xml:space="preserve"> </w:t>
      </w:r>
      <w:r w:rsidRPr="00C75D43">
        <w:rPr>
          <w:rFonts w:asciiTheme="majorHAnsi" w:hAnsiTheme="majorHAnsi" w:cstheme="majorHAnsi"/>
          <w:sz w:val="26"/>
          <w:szCs w:val="26"/>
        </w:rPr>
        <w:t>I am submitting this formal complaint regarding an incident involving the Ann Arbor Police Department that led to a warrant being issued for my arrest several months after the alleged event. I believe I was wrongfully targeted, unlawfully detained, and later prosecuted based on bias rather than evidence.</w:t>
      </w:r>
    </w:p>
    <w:p w14:paraId="49DDE307" w14:textId="77777777"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 xml:space="preserve">: </w:t>
      </w:r>
      <w:r>
        <w:rPr>
          <w:rFonts w:asciiTheme="majorHAnsi" w:hAnsiTheme="majorHAnsi" w:cstheme="majorHAnsi"/>
          <w:sz w:val="26"/>
          <w:szCs w:val="26"/>
        </w:rPr>
        <w:t>Closed</w:t>
      </w:r>
    </w:p>
    <w:p w14:paraId="605B61A7" w14:textId="63A391B0"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w:t>
      </w:r>
      <w:r>
        <w:rPr>
          <w:rFonts w:asciiTheme="majorHAnsi" w:hAnsiTheme="majorHAnsi" w:cstheme="majorHAnsi"/>
          <w:sz w:val="26"/>
          <w:szCs w:val="26"/>
        </w:rPr>
        <w:t xml:space="preserve"> N/A</w:t>
      </w:r>
    </w:p>
    <w:p w14:paraId="2CBE22E7" w14:textId="79F81131" w:rsidR="00C75D43"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IM ASSIGNED</w:t>
      </w:r>
      <w:r w:rsidRPr="008F3364">
        <w:rPr>
          <w:rFonts w:asciiTheme="majorHAnsi" w:hAnsiTheme="majorHAnsi" w:cstheme="majorHAnsi"/>
          <w:sz w:val="26"/>
          <w:szCs w:val="26"/>
        </w:rPr>
        <w:t>:</w:t>
      </w:r>
      <w:r>
        <w:rPr>
          <w:rFonts w:asciiTheme="majorHAnsi" w:hAnsiTheme="majorHAnsi" w:cstheme="majorHAnsi"/>
          <w:sz w:val="26"/>
          <w:szCs w:val="26"/>
        </w:rPr>
        <w:t xml:space="preserve"> </w:t>
      </w:r>
      <w:r>
        <w:rPr>
          <w:rFonts w:asciiTheme="majorHAnsi" w:hAnsiTheme="majorHAnsi" w:cstheme="majorHAnsi"/>
          <w:sz w:val="26"/>
          <w:szCs w:val="26"/>
        </w:rPr>
        <w:t>N/A</w:t>
      </w:r>
      <w:r>
        <w:rPr>
          <w:rFonts w:asciiTheme="majorHAnsi" w:hAnsiTheme="majorHAnsi" w:cstheme="majorHAnsi"/>
          <w:sz w:val="26"/>
          <w:szCs w:val="26"/>
        </w:rPr>
        <w:t xml:space="preserve"> </w:t>
      </w:r>
    </w:p>
    <w:p w14:paraId="154DCC97" w14:textId="0DAF2046"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Pr>
          <w:rFonts w:asciiTheme="majorHAnsi" w:hAnsiTheme="majorHAnsi" w:cstheme="majorHAnsi"/>
          <w:sz w:val="26"/>
          <w:szCs w:val="26"/>
        </w:rPr>
        <w:t xml:space="preserve"> Completed </w:t>
      </w:r>
      <w:r>
        <w:rPr>
          <w:rFonts w:asciiTheme="majorHAnsi" w:hAnsiTheme="majorHAnsi" w:cstheme="majorHAnsi"/>
          <w:sz w:val="26"/>
          <w:szCs w:val="26"/>
        </w:rPr>
        <w:t>10</w:t>
      </w:r>
      <w:r>
        <w:rPr>
          <w:rFonts w:asciiTheme="majorHAnsi" w:hAnsiTheme="majorHAnsi" w:cstheme="majorHAnsi"/>
          <w:sz w:val="26"/>
          <w:szCs w:val="26"/>
        </w:rPr>
        <w:t>/2</w:t>
      </w:r>
      <w:r>
        <w:rPr>
          <w:rFonts w:asciiTheme="majorHAnsi" w:hAnsiTheme="majorHAnsi" w:cstheme="majorHAnsi"/>
          <w:sz w:val="26"/>
          <w:szCs w:val="26"/>
        </w:rPr>
        <w:t>8</w:t>
      </w:r>
      <w:r>
        <w:rPr>
          <w:rFonts w:asciiTheme="majorHAnsi" w:hAnsiTheme="majorHAnsi" w:cstheme="majorHAnsi"/>
          <w:sz w:val="26"/>
          <w:szCs w:val="26"/>
        </w:rPr>
        <w:t>/2025</w:t>
      </w:r>
    </w:p>
    <w:p w14:paraId="64AE7A12" w14:textId="5B743F07" w:rsidR="00C75D43"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Pr>
          <w:rFonts w:asciiTheme="majorHAnsi" w:hAnsiTheme="majorHAnsi" w:cstheme="majorHAnsi"/>
          <w:sz w:val="26"/>
          <w:szCs w:val="26"/>
        </w:rPr>
        <w:t xml:space="preserve"> </w:t>
      </w:r>
      <w:r w:rsidRPr="00C75D43">
        <w:rPr>
          <w:rFonts w:asciiTheme="majorHAnsi" w:hAnsiTheme="majorHAnsi" w:cstheme="majorHAnsi"/>
          <w:sz w:val="26"/>
          <w:szCs w:val="26"/>
        </w:rPr>
        <w:t>Complaint does not involve AAPD.</w:t>
      </w:r>
    </w:p>
    <w:p w14:paraId="231FAEBD" w14:textId="77777777" w:rsidR="00C75D43" w:rsidRDefault="00C75D43" w:rsidP="00C75D43">
      <w:pPr>
        <w:rPr>
          <w:rFonts w:asciiTheme="majorHAnsi" w:hAnsiTheme="majorHAnsi" w:cstheme="majorHAnsi"/>
          <w:sz w:val="26"/>
          <w:szCs w:val="26"/>
        </w:rPr>
      </w:pPr>
    </w:p>
    <w:p w14:paraId="5BB6BF6B" w14:textId="77777777" w:rsidR="00C75D43" w:rsidRDefault="00C75D43" w:rsidP="00C75D43">
      <w:pPr>
        <w:rPr>
          <w:rFonts w:asciiTheme="majorHAnsi" w:hAnsiTheme="majorHAnsi" w:cstheme="majorHAnsi"/>
          <w:sz w:val="26"/>
          <w:szCs w:val="26"/>
        </w:rPr>
      </w:pPr>
    </w:p>
    <w:p w14:paraId="2C43EDB4" w14:textId="77777777" w:rsidR="00C75D43" w:rsidRDefault="00C75D43" w:rsidP="00C75D43">
      <w:pPr>
        <w:rPr>
          <w:rFonts w:asciiTheme="majorHAnsi" w:hAnsiTheme="majorHAnsi" w:cstheme="majorHAnsi"/>
          <w:sz w:val="26"/>
          <w:szCs w:val="26"/>
        </w:rPr>
      </w:pPr>
    </w:p>
    <w:p w14:paraId="1C94E074" w14:textId="77777777" w:rsidR="00C75D43" w:rsidRDefault="00C75D43" w:rsidP="00C75D43">
      <w:pPr>
        <w:rPr>
          <w:rFonts w:asciiTheme="majorHAnsi" w:hAnsiTheme="majorHAnsi" w:cstheme="majorHAnsi"/>
          <w:sz w:val="26"/>
          <w:szCs w:val="26"/>
        </w:rPr>
      </w:pPr>
    </w:p>
    <w:p w14:paraId="6726380D" w14:textId="77777777" w:rsidR="00C75D43" w:rsidRDefault="00C75D43" w:rsidP="00C75D43">
      <w:pPr>
        <w:rPr>
          <w:rFonts w:asciiTheme="majorHAnsi" w:hAnsiTheme="majorHAnsi" w:cstheme="majorHAnsi"/>
          <w:sz w:val="26"/>
          <w:szCs w:val="26"/>
        </w:rPr>
      </w:pPr>
    </w:p>
    <w:p w14:paraId="20076443" w14:textId="77777777" w:rsidR="00C75D43" w:rsidRDefault="00C75D43" w:rsidP="00C75D43">
      <w:pPr>
        <w:rPr>
          <w:rFonts w:asciiTheme="majorHAnsi" w:hAnsiTheme="majorHAnsi" w:cstheme="majorHAnsi"/>
          <w:sz w:val="26"/>
          <w:szCs w:val="26"/>
        </w:rPr>
      </w:pPr>
    </w:p>
    <w:p w14:paraId="08C8147B" w14:textId="77777777" w:rsidR="00C75D43" w:rsidRDefault="00C75D43" w:rsidP="00C75D43">
      <w:pPr>
        <w:rPr>
          <w:rFonts w:asciiTheme="majorHAnsi" w:hAnsiTheme="majorHAnsi" w:cstheme="majorHAnsi"/>
          <w:sz w:val="26"/>
          <w:szCs w:val="26"/>
        </w:rPr>
      </w:pPr>
    </w:p>
    <w:p w14:paraId="1D80769A" w14:textId="77777777" w:rsidR="00C75D43" w:rsidRPr="00091751" w:rsidRDefault="00C75D43" w:rsidP="00C75D43">
      <w:pPr>
        <w:rPr>
          <w:rFonts w:asciiTheme="majorHAnsi" w:hAnsiTheme="majorHAnsi" w:cstheme="majorHAnsi"/>
          <w:b/>
          <w:bCs/>
          <w:sz w:val="26"/>
          <w:szCs w:val="26"/>
        </w:rPr>
      </w:pPr>
    </w:p>
    <w:p w14:paraId="2F626B3D" w14:textId="77777777"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YEAR</w:t>
      </w:r>
      <w:r w:rsidRPr="008F3364">
        <w:rPr>
          <w:rFonts w:asciiTheme="majorHAnsi" w:hAnsiTheme="majorHAnsi" w:cstheme="majorHAnsi"/>
          <w:sz w:val="26"/>
          <w:szCs w:val="26"/>
        </w:rPr>
        <w:t>: 2025</w:t>
      </w:r>
    </w:p>
    <w:p w14:paraId="6DB8DF3F" w14:textId="01495B84"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w:t>
      </w:r>
      <w:r>
        <w:rPr>
          <w:rFonts w:asciiTheme="majorHAnsi" w:hAnsiTheme="majorHAnsi" w:cstheme="majorHAnsi"/>
          <w:sz w:val="26"/>
          <w:szCs w:val="26"/>
        </w:rPr>
        <w:t>9</w:t>
      </w:r>
    </w:p>
    <w:p w14:paraId="685956CA" w14:textId="20A98CDE"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xml:space="preserve">: </w:t>
      </w:r>
      <w:r>
        <w:rPr>
          <w:rFonts w:asciiTheme="majorHAnsi" w:hAnsiTheme="majorHAnsi" w:cstheme="majorHAnsi"/>
          <w:sz w:val="26"/>
          <w:szCs w:val="26"/>
        </w:rPr>
        <w:t>10/22/2025</w:t>
      </w:r>
    </w:p>
    <w:p w14:paraId="46637A98" w14:textId="7AB4F964"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 xml:space="preserve"> </w:t>
      </w:r>
      <w:r w:rsidRPr="00C75D43">
        <w:rPr>
          <w:rFonts w:asciiTheme="majorHAnsi" w:hAnsiTheme="majorHAnsi" w:cstheme="majorHAnsi"/>
          <w:sz w:val="26"/>
          <w:szCs w:val="26"/>
        </w:rPr>
        <w:t>"Dear ICPOC Chair Carter,</w:t>
      </w:r>
      <w:r>
        <w:rPr>
          <w:rFonts w:asciiTheme="majorHAnsi" w:hAnsiTheme="majorHAnsi" w:cstheme="majorHAnsi"/>
          <w:sz w:val="26"/>
          <w:szCs w:val="26"/>
        </w:rPr>
        <w:t xml:space="preserve"> </w:t>
      </w:r>
      <w:r w:rsidRPr="00C75D43">
        <w:rPr>
          <w:rFonts w:asciiTheme="majorHAnsi" w:hAnsiTheme="majorHAnsi" w:cstheme="majorHAnsi"/>
          <w:sz w:val="26"/>
          <w:szCs w:val="26"/>
        </w:rPr>
        <w:t>I am formally filing a complaint about the mis-documentation by Detective Spratt for Case No. 25-34937) regarding missing money from a Bank of Ann Arbor Sheriff's sale on our properties which the bank is refusing to provide documentation for. I provided extensive documentation to Detective Spratt who did not obtain the financial documentation from the bank which would have gotten to the bottom of the missing money.</w:t>
      </w:r>
      <w:r>
        <w:rPr>
          <w:rFonts w:asciiTheme="majorHAnsi" w:hAnsiTheme="majorHAnsi" w:cstheme="majorHAnsi"/>
          <w:sz w:val="26"/>
          <w:szCs w:val="26"/>
        </w:rPr>
        <w:t xml:space="preserve"> </w:t>
      </w:r>
      <w:r w:rsidRPr="00C75D43">
        <w:rPr>
          <w:rFonts w:asciiTheme="majorHAnsi" w:hAnsiTheme="majorHAnsi" w:cstheme="majorHAnsi"/>
          <w:sz w:val="26"/>
          <w:szCs w:val="26"/>
        </w:rPr>
        <w:t>Please ask Det. Spratt to correct his report as the prosecutor will be basing his decision on the report (which at this time is inaccurate). Please see below email to Detective Spratt</w:t>
      </w:r>
      <w:r>
        <w:rPr>
          <w:rFonts w:asciiTheme="majorHAnsi" w:hAnsiTheme="majorHAnsi" w:cstheme="majorHAnsi"/>
          <w:sz w:val="26"/>
          <w:szCs w:val="26"/>
        </w:rPr>
        <w:t xml:space="preserve"> </w:t>
      </w:r>
      <w:r w:rsidRPr="00C75D43">
        <w:rPr>
          <w:rFonts w:asciiTheme="majorHAnsi" w:hAnsiTheme="majorHAnsi" w:cstheme="majorHAnsi"/>
          <w:sz w:val="26"/>
          <w:szCs w:val="26"/>
        </w:rPr>
        <w:t>Thank you,</w:t>
      </w:r>
      <w:r>
        <w:rPr>
          <w:rFonts w:asciiTheme="majorHAnsi" w:hAnsiTheme="majorHAnsi" w:cstheme="majorHAnsi"/>
          <w:sz w:val="26"/>
          <w:szCs w:val="26"/>
        </w:rPr>
        <w:t xml:space="preserve"> </w:t>
      </w:r>
      <w:r w:rsidRPr="00C75D43">
        <w:rPr>
          <w:rFonts w:asciiTheme="majorHAnsi" w:hAnsiTheme="majorHAnsi" w:cstheme="majorHAnsi"/>
          <w:sz w:val="26"/>
          <w:szCs w:val="26"/>
        </w:rPr>
        <w:t>Bradley Foerster, MD Ph"</w:t>
      </w:r>
    </w:p>
    <w:p w14:paraId="7162F2AE" w14:textId="77777777"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 xml:space="preserve">: </w:t>
      </w:r>
      <w:r>
        <w:rPr>
          <w:rFonts w:asciiTheme="majorHAnsi" w:hAnsiTheme="majorHAnsi" w:cstheme="majorHAnsi"/>
          <w:sz w:val="26"/>
          <w:szCs w:val="26"/>
        </w:rPr>
        <w:t>Closed</w:t>
      </w:r>
    </w:p>
    <w:p w14:paraId="7C04F8C4" w14:textId="2083CEBD"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w:t>
      </w:r>
      <w:r>
        <w:rPr>
          <w:rFonts w:asciiTheme="majorHAnsi" w:hAnsiTheme="majorHAnsi" w:cstheme="majorHAnsi"/>
          <w:sz w:val="26"/>
          <w:szCs w:val="26"/>
        </w:rPr>
        <w:t xml:space="preserve"> </w:t>
      </w:r>
      <w:r w:rsidR="00DF461B" w:rsidRPr="00DF461B">
        <w:rPr>
          <w:rFonts w:asciiTheme="majorHAnsi" w:hAnsiTheme="majorHAnsi" w:cstheme="majorHAnsi"/>
          <w:sz w:val="26"/>
          <w:szCs w:val="26"/>
        </w:rPr>
        <w:t>Mr. Foerster requested that Det. Spratt update his report as he felt the original documentation did not accurately reflect the information he provided. PSS consulted with DB command and Det. Spratt updated the report as requested. There are no policy violations, and this allegation is closed.</w:t>
      </w:r>
    </w:p>
    <w:p w14:paraId="65C86545" w14:textId="54267B7F" w:rsidR="00C75D43"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IM ASSIGNED</w:t>
      </w:r>
      <w:r w:rsidRPr="008F3364">
        <w:rPr>
          <w:rFonts w:asciiTheme="majorHAnsi" w:hAnsiTheme="majorHAnsi" w:cstheme="majorHAnsi"/>
          <w:sz w:val="26"/>
          <w:szCs w:val="26"/>
        </w:rPr>
        <w:t>:</w:t>
      </w:r>
      <w:r>
        <w:rPr>
          <w:rFonts w:asciiTheme="majorHAnsi" w:hAnsiTheme="majorHAnsi" w:cstheme="majorHAnsi"/>
          <w:sz w:val="26"/>
          <w:szCs w:val="26"/>
        </w:rPr>
        <w:t xml:space="preserve"> </w:t>
      </w:r>
      <w:r w:rsidRPr="00C75D43">
        <w:rPr>
          <w:rFonts w:asciiTheme="majorHAnsi" w:hAnsiTheme="majorHAnsi" w:cstheme="majorHAnsi"/>
          <w:sz w:val="26"/>
          <w:szCs w:val="26"/>
        </w:rPr>
        <w:t>Mohammad Othman</w:t>
      </w:r>
    </w:p>
    <w:p w14:paraId="53E201D3" w14:textId="208A48BD" w:rsidR="00C75D43" w:rsidRPr="008F3364"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Pr>
          <w:rFonts w:asciiTheme="majorHAnsi" w:hAnsiTheme="majorHAnsi" w:cstheme="majorHAnsi"/>
          <w:sz w:val="26"/>
          <w:szCs w:val="26"/>
        </w:rPr>
        <w:t xml:space="preserve"> Completed 1/</w:t>
      </w:r>
      <w:r w:rsidR="00DF461B">
        <w:rPr>
          <w:rFonts w:asciiTheme="majorHAnsi" w:hAnsiTheme="majorHAnsi" w:cstheme="majorHAnsi"/>
          <w:sz w:val="26"/>
          <w:szCs w:val="26"/>
        </w:rPr>
        <w:t>11/</w:t>
      </w:r>
      <w:r>
        <w:rPr>
          <w:rFonts w:asciiTheme="majorHAnsi" w:hAnsiTheme="majorHAnsi" w:cstheme="majorHAnsi"/>
          <w:sz w:val="26"/>
          <w:szCs w:val="26"/>
        </w:rPr>
        <w:t>202</w:t>
      </w:r>
      <w:r w:rsidR="00DF461B">
        <w:rPr>
          <w:rFonts w:asciiTheme="majorHAnsi" w:hAnsiTheme="majorHAnsi" w:cstheme="majorHAnsi"/>
          <w:sz w:val="26"/>
          <w:szCs w:val="26"/>
        </w:rPr>
        <w:t>6</w:t>
      </w:r>
    </w:p>
    <w:p w14:paraId="206CDBDD" w14:textId="1C4B3EF4" w:rsidR="00C75D43" w:rsidRDefault="00C75D43" w:rsidP="00C75D43">
      <w:pPr>
        <w:rPr>
          <w:rFonts w:asciiTheme="majorHAnsi" w:hAnsiTheme="majorHAnsi" w:cstheme="majorHAnsi"/>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Pr>
          <w:rFonts w:asciiTheme="majorHAnsi" w:hAnsiTheme="majorHAnsi" w:cstheme="majorHAnsi"/>
          <w:sz w:val="26"/>
          <w:szCs w:val="26"/>
        </w:rPr>
        <w:t xml:space="preserve"> </w:t>
      </w:r>
      <w:r w:rsidR="00DF461B" w:rsidRPr="00DF461B">
        <w:rPr>
          <w:rFonts w:asciiTheme="majorHAnsi" w:hAnsiTheme="majorHAnsi" w:cstheme="majorHAnsi"/>
          <w:sz w:val="26"/>
          <w:szCs w:val="26"/>
        </w:rPr>
        <w:t>ICPOC-IM concurs with the AAPD findings</w:t>
      </w:r>
    </w:p>
    <w:p w14:paraId="043FC6CE" w14:textId="77777777" w:rsidR="00C75D43" w:rsidRDefault="00C75D43">
      <w:pPr>
        <w:rPr>
          <w:rFonts w:asciiTheme="majorHAnsi" w:hAnsiTheme="majorHAnsi" w:cstheme="majorHAnsi"/>
          <w:sz w:val="26"/>
          <w:szCs w:val="26"/>
        </w:rPr>
      </w:pPr>
    </w:p>
    <w:p w14:paraId="15024ACA" w14:textId="77777777" w:rsidR="00DF461B" w:rsidRPr="008F3364" w:rsidRDefault="00DF461B" w:rsidP="00DF461B">
      <w:pPr>
        <w:rPr>
          <w:rFonts w:asciiTheme="majorHAnsi" w:hAnsiTheme="majorHAnsi" w:cstheme="majorHAnsi"/>
          <w:sz w:val="26"/>
          <w:szCs w:val="26"/>
        </w:rPr>
      </w:pPr>
      <w:r w:rsidRPr="008F3364">
        <w:rPr>
          <w:rFonts w:asciiTheme="majorHAnsi" w:hAnsiTheme="majorHAnsi" w:cstheme="majorHAnsi"/>
          <w:b/>
          <w:bCs/>
          <w:sz w:val="26"/>
          <w:szCs w:val="26"/>
        </w:rPr>
        <w:lastRenderedPageBreak/>
        <w:t>YEAR</w:t>
      </w:r>
      <w:r w:rsidRPr="008F3364">
        <w:rPr>
          <w:rFonts w:asciiTheme="majorHAnsi" w:hAnsiTheme="majorHAnsi" w:cstheme="majorHAnsi"/>
          <w:sz w:val="26"/>
          <w:szCs w:val="26"/>
        </w:rPr>
        <w:t>: 2025</w:t>
      </w:r>
    </w:p>
    <w:p w14:paraId="13FBEC2C" w14:textId="35A4337E" w:rsidR="00DF461B" w:rsidRPr="008F3364" w:rsidRDefault="00DF461B" w:rsidP="00DF461B">
      <w:pPr>
        <w:rPr>
          <w:rFonts w:asciiTheme="majorHAnsi" w:hAnsiTheme="majorHAnsi" w:cstheme="majorHAnsi"/>
          <w:sz w:val="26"/>
          <w:szCs w:val="26"/>
        </w:rPr>
      </w:pPr>
      <w:r w:rsidRPr="008F3364">
        <w:rPr>
          <w:rFonts w:asciiTheme="majorHAnsi" w:hAnsiTheme="majorHAnsi" w:cstheme="majorHAnsi"/>
          <w:b/>
          <w:bCs/>
          <w:sz w:val="26"/>
          <w:szCs w:val="26"/>
        </w:rPr>
        <w:t>IC #:</w:t>
      </w:r>
      <w:r w:rsidRPr="008F3364">
        <w:rPr>
          <w:rFonts w:asciiTheme="majorHAnsi" w:hAnsiTheme="majorHAnsi" w:cstheme="majorHAnsi"/>
          <w:sz w:val="26"/>
          <w:szCs w:val="26"/>
        </w:rPr>
        <w:t xml:space="preserve"> IC 25-02</w:t>
      </w:r>
      <w:r>
        <w:rPr>
          <w:rFonts w:asciiTheme="majorHAnsi" w:hAnsiTheme="majorHAnsi" w:cstheme="majorHAnsi"/>
          <w:sz w:val="26"/>
          <w:szCs w:val="26"/>
        </w:rPr>
        <w:t>30</w:t>
      </w:r>
    </w:p>
    <w:p w14:paraId="429FFDB8" w14:textId="15C203AD" w:rsidR="00DF461B" w:rsidRPr="008F3364" w:rsidRDefault="00DF461B" w:rsidP="00DF461B">
      <w:pPr>
        <w:rPr>
          <w:rFonts w:asciiTheme="majorHAnsi" w:hAnsiTheme="majorHAnsi" w:cstheme="majorHAnsi"/>
          <w:sz w:val="26"/>
          <w:szCs w:val="26"/>
        </w:rPr>
      </w:pPr>
      <w:r w:rsidRPr="008F3364">
        <w:rPr>
          <w:rFonts w:asciiTheme="majorHAnsi" w:hAnsiTheme="majorHAnsi" w:cstheme="majorHAnsi"/>
          <w:b/>
          <w:bCs/>
          <w:sz w:val="26"/>
          <w:szCs w:val="26"/>
        </w:rPr>
        <w:t>DATE</w:t>
      </w:r>
      <w:r w:rsidRPr="008F3364">
        <w:rPr>
          <w:rFonts w:asciiTheme="majorHAnsi" w:hAnsiTheme="majorHAnsi" w:cstheme="majorHAnsi"/>
          <w:sz w:val="26"/>
          <w:szCs w:val="26"/>
        </w:rPr>
        <w:t xml:space="preserve">: </w:t>
      </w:r>
      <w:r>
        <w:rPr>
          <w:rFonts w:asciiTheme="majorHAnsi" w:hAnsiTheme="majorHAnsi" w:cstheme="majorHAnsi"/>
          <w:sz w:val="26"/>
          <w:szCs w:val="26"/>
        </w:rPr>
        <w:t>1</w:t>
      </w:r>
      <w:r>
        <w:rPr>
          <w:rFonts w:asciiTheme="majorHAnsi" w:hAnsiTheme="majorHAnsi" w:cstheme="majorHAnsi"/>
          <w:sz w:val="26"/>
          <w:szCs w:val="26"/>
        </w:rPr>
        <w:t>2</w:t>
      </w:r>
      <w:r>
        <w:rPr>
          <w:rFonts w:asciiTheme="majorHAnsi" w:hAnsiTheme="majorHAnsi" w:cstheme="majorHAnsi"/>
          <w:sz w:val="26"/>
          <w:szCs w:val="26"/>
        </w:rPr>
        <w:t>/</w:t>
      </w:r>
      <w:r>
        <w:rPr>
          <w:rFonts w:asciiTheme="majorHAnsi" w:hAnsiTheme="majorHAnsi" w:cstheme="majorHAnsi"/>
          <w:sz w:val="26"/>
          <w:szCs w:val="26"/>
        </w:rPr>
        <w:t>5</w:t>
      </w:r>
      <w:r>
        <w:rPr>
          <w:rFonts w:asciiTheme="majorHAnsi" w:hAnsiTheme="majorHAnsi" w:cstheme="majorHAnsi"/>
          <w:sz w:val="26"/>
          <w:szCs w:val="26"/>
        </w:rPr>
        <w:t>/2025</w:t>
      </w:r>
    </w:p>
    <w:p w14:paraId="6FAD3EDE" w14:textId="77777777" w:rsidR="00DF461B" w:rsidRDefault="00DF461B" w:rsidP="00DF461B">
      <w:pPr>
        <w:rPr>
          <w:rFonts w:asciiTheme="majorHAnsi" w:hAnsiTheme="majorHAnsi" w:cstheme="majorHAnsi"/>
          <w:sz w:val="26"/>
          <w:szCs w:val="26"/>
        </w:rPr>
      </w:pPr>
      <w:r w:rsidRPr="008F3364">
        <w:rPr>
          <w:rFonts w:asciiTheme="majorHAnsi" w:hAnsiTheme="majorHAnsi" w:cstheme="majorHAnsi"/>
          <w:b/>
          <w:bCs/>
          <w:sz w:val="26"/>
          <w:szCs w:val="26"/>
        </w:rPr>
        <w:t>ALLEGATION:</w:t>
      </w:r>
      <w:r w:rsidRPr="008F3364">
        <w:rPr>
          <w:rFonts w:asciiTheme="majorHAnsi" w:hAnsiTheme="majorHAnsi" w:cstheme="majorHAnsi"/>
          <w:sz w:val="26"/>
          <w:szCs w:val="26"/>
        </w:rPr>
        <w:t xml:space="preserve"> </w:t>
      </w:r>
      <w:r w:rsidRPr="00DF461B">
        <w:rPr>
          <w:rFonts w:asciiTheme="majorHAnsi" w:hAnsiTheme="majorHAnsi" w:cstheme="majorHAnsi"/>
          <w:sz w:val="26"/>
          <w:szCs w:val="26"/>
        </w:rPr>
        <w:t>A man was arrested for poaching outside of our home last night between approximately 6pm and 7pm. The officer refused to call animal control and dumped the carcass of the rotting deer onto our property for us to deal with. We are outraged by this behavior as we were not the ones to kill this deer, nor did we want it on our property for us to deal with. Animal control should have been called promptly. This officer has disappointed us and our faith in the A2 Police greatly.</w:t>
      </w:r>
    </w:p>
    <w:p w14:paraId="2A44C0BD" w14:textId="2934F524" w:rsidR="00DF461B" w:rsidRPr="008F3364" w:rsidRDefault="00DF461B" w:rsidP="00DF461B">
      <w:pPr>
        <w:rPr>
          <w:rFonts w:asciiTheme="majorHAnsi" w:hAnsiTheme="majorHAnsi" w:cstheme="majorHAnsi"/>
          <w:sz w:val="26"/>
          <w:szCs w:val="26"/>
        </w:rPr>
      </w:pPr>
      <w:r w:rsidRPr="008F3364">
        <w:rPr>
          <w:rFonts w:asciiTheme="majorHAnsi" w:hAnsiTheme="majorHAnsi" w:cstheme="majorHAnsi"/>
          <w:b/>
          <w:bCs/>
          <w:sz w:val="26"/>
          <w:szCs w:val="26"/>
        </w:rPr>
        <w:t>DISPOSITION STATUS</w:t>
      </w:r>
      <w:r w:rsidRPr="008F3364">
        <w:rPr>
          <w:rFonts w:asciiTheme="majorHAnsi" w:hAnsiTheme="majorHAnsi" w:cstheme="majorHAnsi"/>
          <w:sz w:val="26"/>
          <w:szCs w:val="26"/>
        </w:rPr>
        <w:t xml:space="preserve">: </w:t>
      </w:r>
      <w:r>
        <w:rPr>
          <w:rFonts w:asciiTheme="majorHAnsi" w:hAnsiTheme="majorHAnsi" w:cstheme="majorHAnsi"/>
          <w:sz w:val="26"/>
          <w:szCs w:val="26"/>
        </w:rPr>
        <w:t>Closed</w:t>
      </w:r>
    </w:p>
    <w:p w14:paraId="2AA2D68C" w14:textId="5014E774" w:rsidR="00DF461B" w:rsidRPr="008F3364" w:rsidRDefault="00DF461B" w:rsidP="00DF461B">
      <w:pPr>
        <w:rPr>
          <w:rFonts w:asciiTheme="majorHAnsi" w:hAnsiTheme="majorHAnsi" w:cstheme="majorHAnsi"/>
          <w:sz w:val="26"/>
          <w:szCs w:val="26"/>
        </w:rPr>
      </w:pPr>
      <w:r w:rsidRPr="008F3364">
        <w:rPr>
          <w:rFonts w:asciiTheme="majorHAnsi" w:hAnsiTheme="majorHAnsi" w:cstheme="majorHAnsi"/>
          <w:b/>
          <w:bCs/>
          <w:sz w:val="26"/>
          <w:szCs w:val="26"/>
        </w:rPr>
        <w:t>AAPD RESPONSE</w:t>
      </w:r>
      <w:r w:rsidRPr="008F3364">
        <w:rPr>
          <w:rFonts w:asciiTheme="majorHAnsi" w:hAnsiTheme="majorHAnsi" w:cstheme="majorHAnsi"/>
          <w:sz w:val="26"/>
          <w:szCs w:val="26"/>
        </w:rPr>
        <w:t>:</w:t>
      </w:r>
      <w:r>
        <w:rPr>
          <w:rFonts w:asciiTheme="majorHAnsi" w:hAnsiTheme="majorHAnsi" w:cstheme="majorHAnsi"/>
          <w:sz w:val="26"/>
          <w:szCs w:val="26"/>
        </w:rPr>
        <w:t xml:space="preserve"> </w:t>
      </w:r>
      <w:r>
        <w:rPr>
          <w:rFonts w:asciiTheme="majorHAnsi" w:hAnsiTheme="majorHAnsi" w:cstheme="majorHAnsi"/>
          <w:sz w:val="26"/>
          <w:szCs w:val="26"/>
        </w:rPr>
        <w:t>N/A</w:t>
      </w:r>
    </w:p>
    <w:p w14:paraId="440D8210" w14:textId="3B689C33" w:rsidR="00DF461B" w:rsidRDefault="00DF461B" w:rsidP="00DF461B">
      <w:pPr>
        <w:rPr>
          <w:rFonts w:asciiTheme="majorHAnsi" w:hAnsiTheme="majorHAnsi" w:cstheme="majorHAnsi"/>
          <w:sz w:val="26"/>
          <w:szCs w:val="26"/>
        </w:rPr>
      </w:pPr>
      <w:r w:rsidRPr="008F3364">
        <w:rPr>
          <w:rFonts w:asciiTheme="majorHAnsi" w:hAnsiTheme="majorHAnsi" w:cstheme="majorHAnsi"/>
          <w:b/>
          <w:bCs/>
          <w:sz w:val="26"/>
          <w:szCs w:val="26"/>
        </w:rPr>
        <w:t>IM ASSIGNED</w:t>
      </w:r>
      <w:r w:rsidRPr="008F3364">
        <w:rPr>
          <w:rFonts w:asciiTheme="majorHAnsi" w:hAnsiTheme="majorHAnsi" w:cstheme="majorHAnsi"/>
          <w:sz w:val="26"/>
          <w:szCs w:val="26"/>
        </w:rPr>
        <w:t>:</w:t>
      </w:r>
      <w:r>
        <w:rPr>
          <w:rFonts w:asciiTheme="majorHAnsi" w:hAnsiTheme="majorHAnsi" w:cstheme="majorHAnsi"/>
          <w:sz w:val="26"/>
          <w:szCs w:val="26"/>
        </w:rPr>
        <w:t xml:space="preserve"> </w:t>
      </w:r>
      <w:r>
        <w:rPr>
          <w:rFonts w:asciiTheme="majorHAnsi" w:hAnsiTheme="majorHAnsi" w:cstheme="majorHAnsi"/>
          <w:sz w:val="26"/>
          <w:szCs w:val="26"/>
        </w:rPr>
        <w:t>N/A</w:t>
      </w:r>
    </w:p>
    <w:p w14:paraId="55438B69" w14:textId="5926D093" w:rsidR="00DF461B" w:rsidRPr="008F3364" w:rsidRDefault="00DF461B" w:rsidP="00DF461B">
      <w:pPr>
        <w:rPr>
          <w:rFonts w:asciiTheme="majorHAnsi" w:hAnsiTheme="majorHAnsi" w:cstheme="majorHAnsi"/>
          <w:sz w:val="26"/>
          <w:szCs w:val="26"/>
        </w:rPr>
      </w:pPr>
      <w:r w:rsidRPr="008F3364">
        <w:rPr>
          <w:rFonts w:asciiTheme="majorHAnsi" w:hAnsiTheme="majorHAnsi" w:cstheme="majorHAnsi"/>
          <w:b/>
          <w:bCs/>
          <w:sz w:val="26"/>
          <w:szCs w:val="26"/>
        </w:rPr>
        <w:t>ICPOC REVIEW STATUS</w:t>
      </w:r>
      <w:r w:rsidRPr="008F3364">
        <w:rPr>
          <w:rFonts w:asciiTheme="majorHAnsi" w:hAnsiTheme="majorHAnsi" w:cstheme="majorHAnsi"/>
          <w:sz w:val="26"/>
          <w:szCs w:val="26"/>
        </w:rPr>
        <w:t>:</w:t>
      </w:r>
      <w:r>
        <w:rPr>
          <w:rFonts w:asciiTheme="majorHAnsi" w:hAnsiTheme="majorHAnsi" w:cstheme="majorHAnsi"/>
          <w:sz w:val="26"/>
          <w:szCs w:val="26"/>
        </w:rPr>
        <w:t xml:space="preserve"> Completed 1</w:t>
      </w:r>
      <w:r>
        <w:rPr>
          <w:rFonts w:asciiTheme="majorHAnsi" w:hAnsiTheme="majorHAnsi" w:cstheme="majorHAnsi"/>
          <w:sz w:val="26"/>
          <w:szCs w:val="26"/>
        </w:rPr>
        <w:t>2</w:t>
      </w:r>
      <w:r>
        <w:rPr>
          <w:rFonts w:asciiTheme="majorHAnsi" w:hAnsiTheme="majorHAnsi" w:cstheme="majorHAnsi"/>
          <w:sz w:val="26"/>
          <w:szCs w:val="26"/>
        </w:rPr>
        <w:t>/</w:t>
      </w:r>
      <w:r>
        <w:rPr>
          <w:rFonts w:asciiTheme="majorHAnsi" w:hAnsiTheme="majorHAnsi" w:cstheme="majorHAnsi"/>
          <w:sz w:val="26"/>
          <w:szCs w:val="26"/>
        </w:rPr>
        <w:t>9</w:t>
      </w:r>
      <w:r>
        <w:rPr>
          <w:rFonts w:asciiTheme="majorHAnsi" w:hAnsiTheme="majorHAnsi" w:cstheme="majorHAnsi"/>
          <w:sz w:val="26"/>
          <w:szCs w:val="26"/>
        </w:rPr>
        <w:t>/202</w:t>
      </w:r>
      <w:r>
        <w:rPr>
          <w:rFonts w:asciiTheme="majorHAnsi" w:hAnsiTheme="majorHAnsi" w:cstheme="majorHAnsi"/>
          <w:sz w:val="26"/>
          <w:szCs w:val="26"/>
        </w:rPr>
        <w:t>5</w:t>
      </w:r>
    </w:p>
    <w:p w14:paraId="1B480EB1" w14:textId="30B18FEA" w:rsidR="00DF461B" w:rsidRDefault="00DF461B" w:rsidP="00DF461B">
      <w:pPr>
        <w:rPr>
          <w:rFonts w:asciiTheme="majorHAnsi" w:hAnsiTheme="majorHAnsi" w:cstheme="majorHAnsi"/>
          <w:sz w:val="26"/>
          <w:szCs w:val="26"/>
        </w:rPr>
      </w:pPr>
      <w:r w:rsidRPr="008F3364">
        <w:rPr>
          <w:rFonts w:asciiTheme="majorHAnsi" w:hAnsiTheme="majorHAnsi" w:cstheme="majorHAnsi"/>
          <w:b/>
          <w:bCs/>
          <w:sz w:val="26"/>
          <w:szCs w:val="26"/>
        </w:rPr>
        <w:t>ICPOC RECOMMENDATION</w:t>
      </w:r>
      <w:r w:rsidRPr="008F3364">
        <w:rPr>
          <w:rFonts w:asciiTheme="majorHAnsi" w:hAnsiTheme="majorHAnsi" w:cstheme="majorHAnsi"/>
          <w:sz w:val="26"/>
          <w:szCs w:val="26"/>
        </w:rPr>
        <w:t>:</w:t>
      </w:r>
      <w:r>
        <w:rPr>
          <w:rFonts w:asciiTheme="majorHAnsi" w:hAnsiTheme="majorHAnsi" w:cstheme="majorHAnsi"/>
          <w:sz w:val="26"/>
          <w:szCs w:val="26"/>
        </w:rPr>
        <w:t xml:space="preserve"> </w:t>
      </w:r>
      <w:r w:rsidRPr="00DF461B">
        <w:rPr>
          <w:rFonts w:asciiTheme="majorHAnsi" w:hAnsiTheme="majorHAnsi" w:cstheme="majorHAnsi"/>
          <w:sz w:val="26"/>
          <w:szCs w:val="26"/>
        </w:rPr>
        <w:t>Complaint does not involve AAPD.</w:t>
      </w:r>
    </w:p>
    <w:p w14:paraId="08CBFF00" w14:textId="77777777" w:rsidR="00DF461B" w:rsidRPr="00EF1F11" w:rsidRDefault="00DF461B">
      <w:pPr>
        <w:rPr>
          <w:rFonts w:asciiTheme="majorHAnsi" w:hAnsiTheme="majorHAnsi" w:cstheme="majorHAnsi"/>
          <w:sz w:val="26"/>
          <w:szCs w:val="26"/>
        </w:rPr>
      </w:pPr>
    </w:p>
    <w:sectPr w:rsidR="00DF461B" w:rsidRPr="00EF1F11" w:rsidSect="00034616">
      <w:headerReference w:type="default"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75912" w14:textId="77777777" w:rsidR="00844113" w:rsidRDefault="00844113" w:rsidP="00865EE6">
      <w:pPr>
        <w:spacing w:after="0" w:line="240" w:lineRule="auto"/>
      </w:pPr>
      <w:r>
        <w:separator/>
      </w:r>
    </w:p>
  </w:endnote>
  <w:endnote w:type="continuationSeparator" w:id="0">
    <w:p w14:paraId="0ED5052D" w14:textId="77777777" w:rsidR="00844113" w:rsidRDefault="00844113" w:rsidP="00865E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0518635"/>
      <w:docPartObj>
        <w:docPartGallery w:val="Page Numbers (Bottom of Page)"/>
        <w:docPartUnique/>
      </w:docPartObj>
    </w:sdtPr>
    <w:sdtEndPr>
      <w:rPr>
        <w:rFonts w:ascii="Times New Roman" w:hAnsi="Times New Roman" w:cs="Times New Roman"/>
        <w:noProof/>
      </w:rPr>
    </w:sdtEndPr>
    <w:sdtContent>
      <w:p w14:paraId="0EB6188E" w14:textId="61C29F11" w:rsidR="00865EE6" w:rsidRPr="00865EE6" w:rsidRDefault="00865EE6">
        <w:pPr>
          <w:pStyle w:val="Footer"/>
          <w:jc w:val="right"/>
          <w:rPr>
            <w:rFonts w:ascii="Times New Roman" w:hAnsi="Times New Roman" w:cs="Times New Roman"/>
          </w:rPr>
        </w:pPr>
        <w:r w:rsidRPr="00865EE6">
          <w:rPr>
            <w:rFonts w:ascii="Times New Roman" w:hAnsi="Times New Roman" w:cs="Times New Roman"/>
          </w:rPr>
          <w:fldChar w:fldCharType="begin"/>
        </w:r>
        <w:r w:rsidRPr="00865EE6">
          <w:rPr>
            <w:rFonts w:ascii="Times New Roman" w:hAnsi="Times New Roman" w:cs="Times New Roman"/>
          </w:rPr>
          <w:instrText xml:space="preserve"> PAGE   \* MERGEFORMAT </w:instrText>
        </w:r>
        <w:r w:rsidRPr="00865EE6">
          <w:rPr>
            <w:rFonts w:ascii="Times New Roman" w:hAnsi="Times New Roman" w:cs="Times New Roman"/>
          </w:rPr>
          <w:fldChar w:fldCharType="separate"/>
        </w:r>
        <w:r w:rsidRPr="00865EE6">
          <w:rPr>
            <w:rFonts w:ascii="Times New Roman" w:hAnsi="Times New Roman" w:cs="Times New Roman"/>
            <w:noProof/>
          </w:rPr>
          <w:t>2</w:t>
        </w:r>
        <w:r w:rsidRPr="00865EE6">
          <w:rPr>
            <w:rFonts w:ascii="Times New Roman" w:hAnsi="Times New Roman" w:cs="Times New Roman"/>
            <w:noProof/>
          </w:rPr>
          <w:fldChar w:fldCharType="end"/>
        </w:r>
      </w:p>
    </w:sdtContent>
  </w:sdt>
  <w:p w14:paraId="56FB9CD5" w14:textId="77777777" w:rsidR="00865EE6" w:rsidRDefault="00865E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967985" w14:textId="77777777" w:rsidR="00844113" w:rsidRDefault="00844113" w:rsidP="00865EE6">
      <w:pPr>
        <w:spacing w:after="0" w:line="240" w:lineRule="auto"/>
      </w:pPr>
      <w:r>
        <w:separator/>
      </w:r>
    </w:p>
  </w:footnote>
  <w:footnote w:type="continuationSeparator" w:id="0">
    <w:p w14:paraId="0C3FDA93" w14:textId="77777777" w:rsidR="00844113" w:rsidRDefault="00844113" w:rsidP="00865E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55FCA8" w14:textId="77777777" w:rsidR="00865EE6" w:rsidRDefault="00865EE6" w:rsidP="00865EE6">
    <w:pPr>
      <w:pStyle w:val="Heading1"/>
      <w:spacing w:before="0"/>
      <w:jc w:val="center"/>
      <w:rPr>
        <w:sz w:val="30"/>
        <w:szCs w:val="30"/>
      </w:rPr>
    </w:pPr>
    <w:r>
      <w:rPr>
        <w:noProof/>
        <w:sz w:val="30"/>
        <w:szCs w:val="30"/>
      </w:rPr>
      <w:drawing>
        <wp:inline distT="0" distB="0" distL="0" distR="0" wp14:anchorId="631CE248" wp14:editId="3125B1B6">
          <wp:extent cx="2310063" cy="1630680"/>
          <wp:effectExtent l="0" t="0" r="0" b="7620"/>
          <wp:docPr id="417427894" name="Picture 2" descr="A picture containing text, room, scene, gambling hou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27894" name="Picture 2" descr="A picture containing text, room, scene, gambling house&#10;&#10;AI-generated content may be incorrect."/>
                  <pic:cNvPicPr/>
                </pic:nvPicPr>
                <pic:blipFill>
                  <a:blip r:embed="rId1"/>
                  <a:stretch>
                    <a:fillRect/>
                  </a:stretch>
                </pic:blipFill>
                <pic:spPr>
                  <a:xfrm>
                    <a:off x="0" y="0"/>
                    <a:ext cx="2328153" cy="1643450"/>
                  </a:xfrm>
                  <a:prstGeom prst="rect">
                    <a:avLst/>
                  </a:prstGeom>
                </pic:spPr>
              </pic:pic>
            </a:graphicData>
          </a:graphic>
        </wp:inline>
      </w:drawing>
    </w:r>
  </w:p>
  <w:p w14:paraId="5B7E8D27" w14:textId="0E1F719B" w:rsidR="00865EE6" w:rsidRPr="00865EE6" w:rsidRDefault="00865EE6" w:rsidP="00865EE6">
    <w:pPr>
      <w:pStyle w:val="Heading1"/>
      <w:spacing w:before="0"/>
      <w:jc w:val="center"/>
    </w:pPr>
    <w:r w:rsidRPr="00865EE6">
      <w:rPr>
        <w:sz w:val="30"/>
        <w:szCs w:val="30"/>
      </w:rPr>
      <w:t>2025 Independent Community Police Oversight Complaint Report</w:t>
    </w:r>
  </w:p>
  <w:p w14:paraId="4545FA9F" w14:textId="65F52AEB" w:rsidR="00865EE6" w:rsidRDefault="00865EE6" w:rsidP="00865EE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12394887">
    <w:abstractNumId w:val="8"/>
  </w:num>
  <w:num w:numId="2" w16cid:durableId="1809198846">
    <w:abstractNumId w:val="6"/>
  </w:num>
  <w:num w:numId="3" w16cid:durableId="2108452922">
    <w:abstractNumId w:val="5"/>
  </w:num>
  <w:num w:numId="4" w16cid:durableId="1556307547">
    <w:abstractNumId w:val="4"/>
  </w:num>
  <w:num w:numId="5" w16cid:durableId="192811924">
    <w:abstractNumId w:val="7"/>
  </w:num>
  <w:num w:numId="6" w16cid:durableId="2120172711">
    <w:abstractNumId w:val="3"/>
  </w:num>
  <w:num w:numId="7" w16cid:durableId="1207834974">
    <w:abstractNumId w:val="2"/>
  </w:num>
  <w:num w:numId="8" w16cid:durableId="1303851980">
    <w:abstractNumId w:val="1"/>
  </w:num>
  <w:num w:numId="9" w16cid:durableId="235627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91751"/>
    <w:rsid w:val="000B40DB"/>
    <w:rsid w:val="00100775"/>
    <w:rsid w:val="001023D1"/>
    <w:rsid w:val="0015074B"/>
    <w:rsid w:val="001608B3"/>
    <w:rsid w:val="002829A6"/>
    <w:rsid w:val="0029639D"/>
    <w:rsid w:val="002A40C5"/>
    <w:rsid w:val="00301978"/>
    <w:rsid w:val="00326F90"/>
    <w:rsid w:val="00425BFB"/>
    <w:rsid w:val="00537719"/>
    <w:rsid w:val="005435AC"/>
    <w:rsid w:val="00576B9C"/>
    <w:rsid w:val="005A25FC"/>
    <w:rsid w:val="005B44B7"/>
    <w:rsid w:val="005B57CD"/>
    <w:rsid w:val="006F3680"/>
    <w:rsid w:val="00844113"/>
    <w:rsid w:val="00865EE6"/>
    <w:rsid w:val="008F3364"/>
    <w:rsid w:val="009C784A"/>
    <w:rsid w:val="00AA1D8D"/>
    <w:rsid w:val="00AE46AB"/>
    <w:rsid w:val="00B26D76"/>
    <w:rsid w:val="00B47730"/>
    <w:rsid w:val="00B66F3F"/>
    <w:rsid w:val="00C45F46"/>
    <w:rsid w:val="00C72599"/>
    <w:rsid w:val="00C75D43"/>
    <w:rsid w:val="00CB0664"/>
    <w:rsid w:val="00D01178"/>
    <w:rsid w:val="00DE689B"/>
    <w:rsid w:val="00DF461B"/>
    <w:rsid w:val="00EB6B7D"/>
    <w:rsid w:val="00EF1F11"/>
    <w:rsid w:val="00F26E04"/>
    <w:rsid w:val="00F67B12"/>
    <w:rsid w:val="00FC693F"/>
    <w:rsid w:val="00FD47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F94C133"/>
  <w14:defaultImageDpi w14:val="300"/>
  <w15:docId w15:val="{8CB7D969-6F5E-4924-9A6E-5A6589CB9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953508">
      <w:marLeft w:val="0"/>
      <w:marRight w:val="0"/>
      <w:marTop w:val="0"/>
      <w:marBottom w:val="0"/>
      <w:divBdr>
        <w:top w:val="none" w:sz="0" w:space="0" w:color="auto"/>
        <w:left w:val="none" w:sz="0" w:space="0" w:color="auto"/>
        <w:bottom w:val="none" w:sz="0" w:space="0" w:color="auto"/>
        <w:right w:val="none" w:sz="0" w:space="0" w:color="auto"/>
      </w:divBdr>
    </w:div>
    <w:div w:id="635916599">
      <w:marLeft w:val="0"/>
      <w:marRight w:val="0"/>
      <w:marTop w:val="0"/>
      <w:marBottom w:val="0"/>
      <w:divBdr>
        <w:top w:val="none" w:sz="0" w:space="0" w:color="auto"/>
        <w:left w:val="none" w:sz="0" w:space="0" w:color="auto"/>
        <w:bottom w:val="none" w:sz="0" w:space="0" w:color="auto"/>
        <w:right w:val="none" w:sz="0" w:space="0" w:color="auto"/>
      </w:divBdr>
    </w:div>
    <w:div w:id="729036956">
      <w:marLeft w:val="0"/>
      <w:marRight w:val="0"/>
      <w:marTop w:val="0"/>
      <w:marBottom w:val="0"/>
      <w:divBdr>
        <w:top w:val="none" w:sz="0" w:space="0" w:color="auto"/>
        <w:left w:val="none" w:sz="0" w:space="0" w:color="auto"/>
        <w:bottom w:val="none" w:sz="0" w:space="0" w:color="auto"/>
        <w:right w:val="none" w:sz="0" w:space="0" w:color="auto"/>
      </w:divBdr>
    </w:div>
    <w:div w:id="930427829">
      <w:marLeft w:val="0"/>
      <w:marRight w:val="0"/>
      <w:marTop w:val="0"/>
      <w:marBottom w:val="0"/>
      <w:divBdr>
        <w:top w:val="none" w:sz="0" w:space="0" w:color="auto"/>
        <w:left w:val="none" w:sz="0" w:space="0" w:color="auto"/>
        <w:bottom w:val="none" w:sz="0" w:space="0" w:color="auto"/>
        <w:right w:val="none" w:sz="0" w:space="0" w:color="auto"/>
      </w:divBdr>
    </w:div>
    <w:div w:id="1520122388">
      <w:marLeft w:val="0"/>
      <w:marRight w:val="0"/>
      <w:marTop w:val="0"/>
      <w:marBottom w:val="0"/>
      <w:divBdr>
        <w:top w:val="none" w:sz="0" w:space="0" w:color="auto"/>
        <w:left w:val="none" w:sz="0" w:space="0" w:color="auto"/>
        <w:bottom w:val="none" w:sz="0" w:space="0" w:color="auto"/>
        <w:right w:val="none" w:sz="0" w:space="0" w:color="auto"/>
      </w:divBdr>
    </w:div>
    <w:div w:id="1520781215">
      <w:marLeft w:val="0"/>
      <w:marRight w:val="0"/>
      <w:marTop w:val="0"/>
      <w:marBottom w:val="0"/>
      <w:divBdr>
        <w:top w:val="none" w:sz="0" w:space="0" w:color="auto"/>
        <w:left w:val="none" w:sz="0" w:space="0" w:color="auto"/>
        <w:bottom w:val="none" w:sz="0" w:space="0" w:color="auto"/>
        <w:right w:val="none" w:sz="0" w:space="0" w:color="auto"/>
      </w:divBdr>
    </w:div>
    <w:div w:id="1558122987">
      <w:marLeft w:val="0"/>
      <w:marRight w:val="0"/>
      <w:marTop w:val="0"/>
      <w:marBottom w:val="0"/>
      <w:divBdr>
        <w:top w:val="none" w:sz="0" w:space="0" w:color="auto"/>
        <w:left w:val="none" w:sz="0" w:space="0" w:color="auto"/>
        <w:bottom w:val="none" w:sz="0" w:space="0" w:color="auto"/>
        <w:right w:val="none" w:sz="0" w:space="0" w:color="auto"/>
      </w:divBdr>
    </w:div>
    <w:div w:id="1651130606">
      <w:marLeft w:val="0"/>
      <w:marRight w:val="0"/>
      <w:marTop w:val="0"/>
      <w:marBottom w:val="0"/>
      <w:divBdr>
        <w:top w:val="none" w:sz="0" w:space="0" w:color="auto"/>
        <w:left w:val="none" w:sz="0" w:space="0" w:color="auto"/>
        <w:bottom w:val="none" w:sz="0" w:space="0" w:color="auto"/>
        <w:right w:val="none" w:sz="0" w:space="0" w:color="auto"/>
      </w:divBdr>
    </w:div>
    <w:div w:id="2035230445">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6573</Words>
  <Characters>33658</Characters>
  <Application>Microsoft Office Word</Application>
  <DocSecurity>0</DocSecurity>
  <Lines>731</Lines>
  <Paragraphs>329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39902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
  <cp:lastModifiedBy>Cummings, Kennedi</cp:lastModifiedBy>
  <cp:revision>2</cp:revision>
  <dcterms:created xsi:type="dcterms:W3CDTF">2026-01-20T19:53:00Z</dcterms:created>
  <dcterms:modified xsi:type="dcterms:W3CDTF">2026-01-20T19:53:00Z</dcterms:modified>
  <cp:category/>
</cp:coreProperties>
</file>